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57F9B" w14:textId="77777777" w:rsidR="00973509" w:rsidRPr="00F559A5" w:rsidRDefault="00777AB2">
      <w:pPr>
        <w:jc w:val="center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8"/>
          <w:lang w:val="pl-PL"/>
        </w:rPr>
        <w:t>ZAŁĄCZNIK NR 5 – OCHRONA MAŁOLETNICH</w:t>
      </w:r>
    </w:p>
    <w:p w14:paraId="2F8D1954" w14:textId="77777777" w:rsidR="00973509" w:rsidRPr="00F559A5" w:rsidRDefault="00777AB2">
      <w:pPr>
        <w:jc w:val="center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Oświadczenie i wykaz dokumentów wymaganych przed dopuszczeniem do działalności związanej z leczeniem małoletnich</w:t>
      </w:r>
    </w:p>
    <w:p w14:paraId="34248296" w14:textId="77777777" w:rsidR="00F559A5" w:rsidRPr="00F559A5" w:rsidRDefault="00F559A5">
      <w:pPr>
        <w:rPr>
          <w:rFonts w:ascii="Times New Roman" w:hAnsi="Times New Roman" w:cs="Times New Roman"/>
          <w:lang w:val="pl-PL"/>
        </w:rPr>
      </w:pPr>
    </w:p>
    <w:p w14:paraId="531171F3" w14:textId="7697AF14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Imię i nazwisko: ............................................................................................................................</w:t>
      </w:r>
    </w:p>
    <w:p w14:paraId="5F4D4739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PESEL / data urodzenia: ................................................................................................................</w:t>
      </w:r>
    </w:p>
    <w:p w14:paraId="32B24EA4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Obywatelstwo / obywatelstwa: ......................................................................................................</w:t>
      </w:r>
    </w:p>
    <w:p w14:paraId="7D7FC9DC" w14:textId="28138789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Oświadczenie o państwach zamieszkania</w:t>
      </w:r>
      <w:r w:rsidR="00F559A5" w:rsidRPr="00F559A5">
        <w:rPr>
          <w:rFonts w:ascii="Times New Roman" w:hAnsi="Times New Roman" w:cs="Times New Roman"/>
          <w:b/>
          <w:sz w:val="23"/>
          <w:lang w:val="pl-PL"/>
        </w:rPr>
        <w:t xml:space="preserve"> (zaznaczyć x)</w:t>
      </w:r>
    </w:p>
    <w:p w14:paraId="2A6FE66C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Oświadczam, że w ciągu ostatnich 20 lat:</w:t>
      </w:r>
    </w:p>
    <w:p w14:paraId="21E78D7C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Segoe UI Symbol" w:hAnsi="Segoe UI Symbol" w:cs="Segoe UI Symbol"/>
          <w:lang w:val="pl-PL"/>
        </w:rPr>
        <w:t>☐</w:t>
      </w:r>
      <w:r w:rsidRPr="00F559A5">
        <w:rPr>
          <w:rFonts w:ascii="Times New Roman" w:hAnsi="Times New Roman" w:cs="Times New Roman"/>
          <w:lang w:val="pl-PL"/>
        </w:rPr>
        <w:t xml:space="preserve"> nie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państwie innym niż Rzeczpospolita Polska i państwo mojego obywatelstwa / obywatelstw;</w:t>
      </w:r>
    </w:p>
    <w:p w14:paraId="4B2B9621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Segoe UI Symbol" w:hAnsi="Segoe UI Symbol" w:cs="Segoe UI Symbol"/>
          <w:lang w:val="pl-PL"/>
        </w:rPr>
        <w:t>☐</w:t>
      </w:r>
      <w:r w:rsidRPr="00F559A5">
        <w:rPr>
          <w:rFonts w:ascii="Times New Roman" w:hAnsi="Times New Roman" w:cs="Times New Roman"/>
          <w:lang w:val="pl-PL"/>
        </w:rPr>
        <w:t xml:space="preserve">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następujących państwach innych niż Rzeczpospolita Polska i państwo mojego obywatelstwa / obywatelstw:</w:t>
      </w:r>
    </w:p>
    <w:p w14:paraId="622B3FC9" w14:textId="77777777" w:rsidR="00973509" w:rsidRPr="00F559A5" w:rsidRDefault="00777AB2">
      <w:pPr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</w:t>
      </w:r>
    </w:p>
    <w:p w14:paraId="303AED05" w14:textId="6D0244ED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Dokumenty przedkładane przez oferenta / wybranego oferenta</w:t>
      </w:r>
      <w:r w:rsidR="00F559A5" w:rsidRPr="00F559A5">
        <w:rPr>
          <w:rFonts w:ascii="Times New Roman" w:hAnsi="Times New Roman" w:cs="Times New Roman"/>
          <w:b/>
          <w:sz w:val="23"/>
          <w:lang w:val="pl-PL"/>
        </w:rPr>
        <w:t xml:space="preserve"> (zaznaczyć x)</w:t>
      </w:r>
    </w:p>
    <w:p w14:paraId="5FA39AFA" w14:textId="0CEA1A00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Informacja z Krajowego Rejestru Karnego w zakresie przestępstw wskazanych w art. 21 ust. 3 ustawy, w tym rozdziałów XIX i XXV Kodeksu karnego, art. 189a i art. 207 Kodeksu karnego oraz ustawy o przeciwdziałaniu narkomanii.</w:t>
      </w:r>
    </w:p>
    <w:p w14:paraId="227D5192" w14:textId="33A44495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posiadam obywatelstwo innego państwa niż RP – informacja z rejestru karnego państwa obywatelstwa, w zakresie wymaganym art. 21 ust. 4–6 ustawy.</w:t>
      </w:r>
    </w:p>
    <w:p w14:paraId="3CAF2555" w14:textId="3E505334" w:rsidR="00973509" w:rsidRPr="00F559A5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zamieszkiwałem/</w:t>
      </w:r>
      <w:proofErr w:type="spellStart"/>
      <w:r w:rsidRPr="00F559A5">
        <w:rPr>
          <w:rFonts w:ascii="Times New Roman" w:hAnsi="Times New Roman" w:cs="Times New Roman"/>
          <w:lang w:val="pl-PL"/>
        </w:rPr>
        <w:t>am</w:t>
      </w:r>
      <w:proofErr w:type="spellEnd"/>
      <w:r w:rsidRPr="00F559A5">
        <w:rPr>
          <w:rFonts w:ascii="Times New Roman" w:hAnsi="Times New Roman" w:cs="Times New Roman"/>
          <w:lang w:val="pl-PL"/>
        </w:rPr>
        <w:t xml:space="preserve"> w innym państwie w ciągu ostatnich 20 lat – informacja z rejestru karnego tego państwa, w zakresie wymaganym art. 21 ust. 5–6 ustawy.</w:t>
      </w:r>
    </w:p>
    <w:p w14:paraId="2637F8CF" w14:textId="2B77DE2A" w:rsidR="00973509" w:rsidRDefault="00777AB2" w:rsidP="00F559A5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Jeżeli w danym państwie nie prowadzi się odpowiedniego rejestru albo nie wydaje się wymaganej informacji – oświadczenie przewidziane w art. 21 ust. 7 ustawy.</w:t>
      </w:r>
    </w:p>
    <w:p w14:paraId="7E16435C" w14:textId="77777777" w:rsidR="00F559A5" w:rsidRPr="00F559A5" w:rsidRDefault="00F559A5" w:rsidP="00F559A5">
      <w:pPr>
        <w:pStyle w:val="Akapitzlist"/>
        <w:jc w:val="both"/>
        <w:rPr>
          <w:rFonts w:ascii="Times New Roman" w:hAnsi="Times New Roman" w:cs="Times New Roman"/>
          <w:lang w:val="pl-PL"/>
        </w:rPr>
      </w:pPr>
    </w:p>
    <w:p w14:paraId="4C50E940" w14:textId="6A1096B0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284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Weryfikacja wykonywana przez SP ZOZ w Kościanie</w:t>
      </w:r>
    </w:p>
    <w:p w14:paraId="57112419" w14:textId="77777777" w:rsidR="00973509" w:rsidRPr="00F559A5" w:rsidRDefault="00777AB2" w:rsidP="00F559A5">
      <w:p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Przyjmuję do wiadomości, że SP ZOZ w Kościanie – przed dopuszczeniem mnie do działalności związanej z leczeniem lub opieką nad małoletnimi – samodzielnie uzyskuje informację, czy moje dane są zamieszczone w Rejestrze z dostępem ograniczonym lub w Rejestrze osób, w stosunku do których Państwowa Komisja do spraw przeciwdziałania wykorzystaniu seksualnemu małoletnich poniżej lat 15 wydała postanowienie o wpisie w Rejestrze. Moje oświadczenie nie zastępuje tej weryfikacji.</w:t>
      </w:r>
    </w:p>
    <w:p w14:paraId="47A2C9D8" w14:textId="2D203213" w:rsidR="00973509" w:rsidRPr="00F559A5" w:rsidRDefault="00777AB2" w:rsidP="00F559A5">
      <w:pPr>
        <w:pStyle w:val="Akapitzlist"/>
        <w:numPr>
          <w:ilvl w:val="0"/>
          <w:numId w:val="10"/>
        </w:numPr>
        <w:spacing w:before="160"/>
        <w:ind w:left="426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b/>
          <w:sz w:val="23"/>
          <w:lang w:val="pl-PL"/>
        </w:rPr>
        <w:t>Oświadczenie pod rygorem odpowiedzialności karnej – jeżeli ma zastosowanie</w:t>
      </w:r>
    </w:p>
    <w:p w14:paraId="4B26397C" w14:textId="77777777" w:rsidR="00973509" w:rsidRPr="00F559A5" w:rsidRDefault="00777AB2" w:rsidP="00F559A5">
      <w:pPr>
        <w:jc w:val="both"/>
        <w:rPr>
          <w:rFonts w:ascii="Times New Roman" w:hAnsi="Times New Roman" w:cs="Times New Roman"/>
          <w:lang w:val="pl-PL"/>
        </w:rPr>
      </w:pPr>
      <w:r w:rsidRPr="00F559A5">
        <w:rPr>
          <w:rFonts w:ascii="Times New Roman" w:hAnsi="Times New Roman" w:cs="Times New Roman"/>
          <w:lang w:val="pl-PL"/>
        </w:rPr>
        <w:t>W przypadku składania oświadczeń przewidzianych art. 21 ust. 5 lub 7 ustawy oświadczam, że podane informacje są zgodne z prawdą. Jestem świadomy/a odpowiedzialności karnej za złożenie fałszywego oświadczenia.</w:t>
      </w:r>
    </w:p>
    <w:p w14:paraId="08B78494" w14:textId="77777777" w:rsidR="00F559A5" w:rsidRPr="00F559A5" w:rsidRDefault="00F559A5">
      <w:pPr>
        <w:jc w:val="right"/>
        <w:rPr>
          <w:rFonts w:ascii="Times New Roman" w:hAnsi="Times New Roman" w:cs="Times New Roman"/>
          <w:sz w:val="20"/>
          <w:lang w:val="pl-PL"/>
        </w:rPr>
      </w:pPr>
    </w:p>
    <w:p w14:paraId="76534A71" w14:textId="77777777" w:rsidR="00F559A5" w:rsidRPr="00F559A5" w:rsidRDefault="00777AB2" w:rsidP="00F559A5">
      <w:pPr>
        <w:rPr>
          <w:rFonts w:ascii="Times New Roman" w:hAnsi="Times New Roman" w:cs="Times New Roman"/>
          <w:sz w:val="20"/>
          <w:lang w:val="pl-PL"/>
        </w:rPr>
      </w:pPr>
      <w:r w:rsidRPr="00F559A5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F559A5">
        <w:rPr>
          <w:rFonts w:ascii="Times New Roman" w:hAnsi="Times New Roman" w:cs="Times New Roman"/>
          <w:sz w:val="20"/>
          <w:lang w:val="pl-PL"/>
        </w:rPr>
        <w:br/>
      </w:r>
      <w:r w:rsidRPr="00F559A5">
        <w:rPr>
          <w:rFonts w:ascii="Times New Roman" w:hAnsi="Times New Roman" w:cs="Times New Roman"/>
          <w:sz w:val="20"/>
          <w:lang w:val="pl-PL"/>
        </w:rPr>
        <w:br/>
      </w:r>
    </w:p>
    <w:p w14:paraId="147837F8" w14:textId="56D28162" w:rsidR="00973509" w:rsidRPr="00F559A5" w:rsidRDefault="004F4B48" w:rsidP="00F559A5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sz w:val="20"/>
          <w:lang w:val="pl-PL"/>
        </w:rPr>
        <w:t xml:space="preserve">                                                                                                                  </w:t>
      </w:r>
      <w:r w:rsidR="00777AB2" w:rsidRPr="00F559A5">
        <w:rPr>
          <w:rFonts w:ascii="Times New Roman" w:hAnsi="Times New Roman" w:cs="Times New Roman"/>
          <w:sz w:val="20"/>
          <w:lang w:val="pl-PL"/>
        </w:rPr>
        <w:t>……………………………………………………</w:t>
      </w:r>
      <w:r w:rsidR="00777AB2" w:rsidRPr="00F559A5">
        <w:rPr>
          <w:rFonts w:ascii="Times New Roman" w:hAnsi="Times New Roman" w:cs="Times New Roman"/>
          <w:sz w:val="20"/>
          <w:lang w:val="pl-PL"/>
        </w:rPr>
        <w:br/>
      </w:r>
      <w:r>
        <w:rPr>
          <w:rFonts w:ascii="Times New Roman" w:hAnsi="Times New Roman" w:cs="Times New Roman"/>
          <w:sz w:val="20"/>
          <w:lang w:val="pl-PL"/>
        </w:rPr>
        <w:t xml:space="preserve">                                                                                                                                                 </w:t>
      </w:r>
      <w:r w:rsidR="00777AB2" w:rsidRPr="00F559A5">
        <w:rPr>
          <w:rFonts w:ascii="Times New Roman" w:hAnsi="Times New Roman" w:cs="Times New Roman"/>
          <w:sz w:val="20"/>
          <w:lang w:val="pl-PL"/>
        </w:rPr>
        <w:t>czytelny podpis</w:t>
      </w:r>
    </w:p>
    <w:sectPr w:rsidR="00973509" w:rsidRPr="00F559A5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F22CF" w14:textId="77777777" w:rsidR="00777AB2" w:rsidRDefault="00777AB2">
      <w:pPr>
        <w:spacing w:after="0" w:line="240" w:lineRule="auto"/>
      </w:pPr>
      <w:r>
        <w:separator/>
      </w:r>
    </w:p>
  </w:endnote>
  <w:endnote w:type="continuationSeparator" w:id="0">
    <w:p w14:paraId="240C7002" w14:textId="77777777" w:rsidR="00777AB2" w:rsidRDefault="00777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D17B" w14:textId="77777777" w:rsidR="00973509" w:rsidRDefault="00777AB2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B2BCD" w14:textId="77777777" w:rsidR="00777AB2" w:rsidRDefault="00777AB2">
      <w:pPr>
        <w:spacing w:after="0" w:line="240" w:lineRule="auto"/>
      </w:pPr>
      <w:r>
        <w:separator/>
      </w:r>
    </w:p>
  </w:footnote>
  <w:footnote w:type="continuationSeparator" w:id="0">
    <w:p w14:paraId="531B66E9" w14:textId="77777777" w:rsidR="00777AB2" w:rsidRDefault="00777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800DE7"/>
    <w:multiLevelType w:val="hybridMultilevel"/>
    <w:tmpl w:val="9550B0E0"/>
    <w:lvl w:ilvl="0" w:tplc="279021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F3499"/>
    <w:multiLevelType w:val="hybridMultilevel"/>
    <w:tmpl w:val="7EEC9F7A"/>
    <w:lvl w:ilvl="0" w:tplc="E2CE7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F7236"/>
    <w:multiLevelType w:val="hybridMultilevel"/>
    <w:tmpl w:val="B7F0FCC2"/>
    <w:lvl w:ilvl="0" w:tplc="E2CE7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92FE1"/>
    <w:multiLevelType w:val="hybridMultilevel"/>
    <w:tmpl w:val="580E79DA"/>
    <w:lvl w:ilvl="0" w:tplc="42ECE1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714133">
    <w:abstractNumId w:val="8"/>
  </w:num>
  <w:num w:numId="2" w16cid:durableId="242564859">
    <w:abstractNumId w:val="6"/>
  </w:num>
  <w:num w:numId="3" w16cid:durableId="2038195767">
    <w:abstractNumId w:val="5"/>
  </w:num>
  <w:num w:numId="4" w16cid:durableId="2134211403">
    <w:abstractNumId w:val="4"/>
  </w:num>
  <w:num w:numId="5" w16cid:durableId="1458334768">
    <w:abstractNumId w:val="7"/>
  </w:num>
  <w:num w:numId="6" w16cid:durableId="1812364066">
    <w:abstractNumId w:val="3"/>
  </w:num>
  <w:num w:numId="7" w16cid:durableId="673998058">
    <w:abstractNumId w:val="2"/>
  </w:num>
  <w:num w:numId="8" w16cid:durableId="2081976789">
    <w:abstractNumId w:val="1"/>
  </w:num>
  <w:num w:numId="9" w16cid:durableId="95253462">
    <w:abstractNumId w:val="0"/>
  </w:num>
  <w:num w:numId="10" w16cid:durableId="2127652392">
    <w:abstractNumId w:val="9"/>
  </w:num>
  <w:num w:numId="11" w16cid:durableId="1030187457">
    <w:abstractNumId w:val="10"/>
  </w:num>
  <w:num w:numId="12" w16cid:durableId="1685941865">
    <w:abstractNumId w:val="11"/>
  </w:num>
  <w:num w:numId="13" w16cid:durableId="8328418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4B48"/>
    <w:rsid w:val="006840DD"/>
    <w:rsid w:val="0077413E"/>
    <w:rsid w:val="00777AB2"/>
    <w:rsid w:val="007F7BD6"/>
    <w:rsid w:val="00973509"/>
    <w:rsid w:val="00AA1D8D"/>
    <w:rsid w:val="00B47730"/>
    <w:rsid w:val="00B71E28"/>
    <w:rsid w:val="00CB0664"/>
    <w:rsid w:val="00D80AFF"/>
    <w:rsid w:val="00F559A5"/>
    <w:rsid w:val="00F61EF6"/>
    <w:rsid w:val="00F733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DBE3D4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kadry</cp:lastModifiedBy>
  <cp:revision>2</cp:revision>
  <dcterms:created xsi:type="dcterms:W3CDTF">2026-10-19T08:43:00Z</dcterms:created>
  <dcterms:modified xsi:type="dcterms:W3CDTF">2026-10-19T08:43:00Z</dcterms:modified>
  <cp:category/>
</cp:coreProperties>
</file>