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37EA" w14:textId="77777777" w:rsidR="00C80A29" w:rsidRPr="005337F9" w:rsidRDefault="00A83A4E">
      <w:pPr>
        <w:jc w:val="center"/>
        <w:rPr>
          <w:rFonts w:ascii="Times New Roman" w:hAnsi="Times New Roman" w:cs="Times New Roman"/>
          <w:lang w:val="pl-PL"/>
        </w:rPr>
      </w:pPr>
      <w:r w:rsidRPr="005337F9">
        <w:rPr>
          <w:rFonts w:ascii="Times New Roman" w:hAnsi="Times New Roman" w:cs="Times New Roman"/>
          <w:b/>
          <w:sz w:val="28"/>
          <w:lang w:val="pl-PL"/>
        </w:rPr>
        <w:t>ZAŁĄCZNIK NR 4 – DOBROWOLNA ZGODA NA PRZYSZŁE KONKURSY</w:t>
      </w:r>
    </w:p>
    <w:p w14:paraId="52D23E61" w14:textId="77777777" w:rsidR="005337F9" w:rsidRPr="005337F9" w:rsidRDefault="005337F9">
      <w:pPr>
        <w:rPr>
          <w:rFonts w:ascii="Times New Roman" w:hAnsi="Times New Roman" w:cs="Times New Roman"/>
          <w:lang w:val="pl-PL"/>
        </w:rPr>
      </w:pPr>
    </w:p>
    <w:p w14:paraId="07596140" w14:textId="77777777" w:rsidR="005337F9" w:rsidRPr="005337F9" w:rsidRDefault="005337F9">
      <w:pPr>
        <w:rPr>
          <w:rFonts w:ascii="Times New Roman" w:hAnsi="Times New Roman" w:cs="Times New Roman"/>
          <w:lang w:val="pl-PL"/>
        </w:rPr>
      </w:pPr>
    </w:p>
    <w:p w14:paraId="6E3DD463" w14:textId="13A33C75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Niniejszy dokument jest fakultatywny i nie ma wpływu na ocenę oferty w bieżącym postępowaniu.</w:t>
      </w:r>
      <w:r w:rsidR="005337F9" w:rsidRPr="005337F9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287F2AA7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509C5A3" w14:textId="77777777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5337F9">
        <w:rPr>
          <w:rFonts w:ascii="Times New Roman" w:hAnsi="Times New Roman" w:cs="Times New Roman"/>
          <w:sz w:val="24"/>
          <w:szCs w:val="24"/>
          <w:lang w:val="pl-PL"/>
        </w:rPr>
        <w:t xml:space="preserve"> Wyrażam zgodę na przetwarzanie przez Samodzielny Publiczny Zespół Opieki Zdrowotnej w Kościanie danych osobowych zawartych w dokumentach złożonych przeze mnie w bieżącym konkursie w celu kontaktowania się ze mną i wykorzystania tych danych w przyszłych konkursach ofert na udzielanie świadczeń zdrowotnych, przez okres 24 miesięcy od dnia zakończenia bieżącego postępowania, chyba że wcześniej wycofam zgodę.</w:t>
      </w:r>
    </w:p>
    <w:p w14:paraId="57B29A1A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2EFD8CD" w14:textId="34C3D441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Podstawą przetwarzania jest art. 6 ust. 1 lit. a RODO. Zgoda jest dobrowolna i może zostać wycofana w każdym czasie bez wpływu na zgodność z prawem przetwarzania dokonanego przed jej wycofaniem. Zgodę można wycofać, kontaktując się z Administratorem lub Inspektorem Ochrony Danych pod adresem: iod@szpital.koscian.pl.</w:t>
      </w:r>
    </w:p>
    <w:p w14:paraId="0C6DCCEC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65D2176" w14:textId="79CEC523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Zgoda nie obejmuje danych, których dalsze przechowywanie wynika z obowiązku prawnego lub konieczności dokumentowania zakończonego postępowania.</w:t>
      </w:r>
    </w:p>
    <w:p w14:paraId="26E49FA2" w14:textId="77777777" w:rsidR="005337F9" w:rsidRPr="005337F9" w:rsidRDefault="005337F9">
      <w:pPr>
        <w:jc w:val="right"/>
        <w:rPr>
          <w:rFonts w:ascii="Times New Roman" w:hAnsi="Times New Roman" w:cs="Times New Roman"/>
          <w:sz w:val="20"/>
          <w:lang w:val="pl-PL"/>
        </w:rPr>
      </w:pPr>
    </w:p>
    <w:p w14:paraId="69B303BC" w14:textId="77777777" w:rsidR="005337F9" w:rsidRPr="005337F9" w:rsidRDefault="00A83A4E" w:rsidP="005337F9">
      <w:pPr>
        <w:rPr>
          <w:rFonts w:ascii="Times New Roman" w:hAnsi="Times New Roman" w:cs="Times New Roman"/>
          <w:sz w:val="20"/>
          <w:lang w:val="pl-PL"/>
        </w:rPr>
      </w:pPr>
      <w:r w:rsidRPr="005337F9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5337F9">
        <w:rPr>
          <w:rFonts w:ascii="Times New Roman" w:hAnsi="Times New Roman" w:cs="Times New Roman"/>
          <w:sz w:val="20"/>
          <w:lang w:val="pl-PL"/>
        </w:rPr>
        <w:br/>
      </w:r>
    </w:p>
    <w:p w14:paraId="6DD9A8C5" w14:textId="2BCCC51F" w:rsidR="00C80A29" w:rsidRPr="005337F9" w:rsidRDefault="00A83A4E" w:rsidP="005337F9">
      <w:pPr>
        <w:rPr>
          <w:rFonts w:ascii="Times New Roman" w:hAnsi="Times New Roman" w:cs="Times New Roman"/>
          <w:lang w:val="pl-PL"/>
        </w:rPr>
      </w:pPr>
      <w:r w:rsidRPr="005337F9">
        <w:rPr>
          <w:rFonts w:ascii="Times New Roman" w:hAnsi="Times New Roman" w:cs="Times New Roman"/>
          <w:sz w:val="20"/>
          <w:lang w:val="pl-PL"/>
        </w:rPr>
        <w:br/>
        <w:t>……………………………………………………</w:t>
      </w:r>
      <w:r w:rsidRPr="005337F9">
        <w:rPr>
          <w:rFonts w:ascii="Times New Roman" w:hAnsi="Times New Roman" w:cs="Times New Roman"/>
          <w:sz w:val="20"/>
          <w:lang w:val="pl-PL"/>
        </w:rPr>
        <w:br/>
        <w:t>czytelny podpis</w:t>
      </w:r>
    </w:p>
    <w:sectPr w:rsidR="00C80A29" w:rsidRPr="005337F9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3897C" w14:textId="77777777" w:rsidR="00A83A4E" w:rsidRDefault="00A83A4E">
      <w:pPr>
        <w:spacing w:after="0" w:line="240" w:lineRule="auto"/>
      </w:pPr>
      <w:r>
        <w:separator/>
      </w:r>
    </w:p>
  </w:endnote>
  <w:endnote w:type="continuationSeparator" w:id="0">
    <w:p w14:paraId="438E19B8" w14:textId="77777777" w:rsidR="00A83A4E" w:rsidRDefault="00A8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EFD5" w14:textId="77777777" w:rsidR="00C80A29" w:rsidRDefault="00A83A4E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C9DC4" w14:textId="77777777" w:rsidR="00A83A4E" w:rsidRDefault="00A83A4E">
      <w:pPr>
        <w:spacing w:after="0" w:line="240" w:lineRule="auto"/>
      </w:pPr>
      <w:r>
        <w:separator/>
      </w:r>
    </w:p>
  </w:footnote>
  <w:footnote w:type="continuationSeparator" w:id="0">
    <w:p w14:paraId="6C72BD40" w14:textId="77777777" w:rsidR="00A83A4E" w:rsidRDefault="00A83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7764533">
    <w:abstractNumId w:val="8"/>
  </w:num>
  <w:num w:numId="2" w16cid:durableId="1912540406">
    <w:abstractNumId w:val="6"/>
  </w:num>
  <w:num w:numId="3" w16cid:durableId="1276673298">
    <w:abstractNumId w:val="5"/>
  </w:num>
  <w:num w:numId="4" w16cid:durableId="1457989574">
    <w:abstractNumId w:val="4"/>
  </w:num>
  <w:num w:numId="5" w16cid:durableId="1009454051">
    <w:abstractNumId w:val="7"/>
  </w:num>
  <w:num w:numId="6" w16cid:durableId="744451589">
    <w:abstractNumId w:val="3"/>
  </w:num>
  <w:num w:numId="7" w16cid:durableId="1697928479">
    <w:abstractNumId w:val="2"/>
  </w:num>
  <w:num w:numId="8" w16cid:durableId="1475174645">
    <w:abstractNumId w:val="1"/>
  </w:num>
  <w:num w:numId="9" w16cid:durableId="14405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21CB"/>
    <w:rsid w:val="0029639D"/>
    <w:rsid w:val="00326F90"/>
    <w:rsid w:val="005337F9"/>
    <w:rsid w:val="006840DD"/>
    <w:rsid w:val="007F7BD6"/>
    <w:rsid w:val="00893D29"/>
    <w:rsid w:val="00A83A4E"/>
    <w:rsid w:val="00AA1D8D"/>
    <w:rsid w:val="00B47730"/>
    <w:rsid w:val="00C80A29"/>
    <w:rsid w:val="00CB0664"/>
    <w:rsid w:val="00D7644D"/>
    <w:rsid w:val="00E82E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DED73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kadry</cp:lastModifiedBy>
  <cp:revision>2</cp:revision>
  <dcterms:created xsi:type="dcterms:W3CDTF">2026-10-19T08:43:00Z</dcterms:created>
  <dcterms:modified xsi:type="dcterms:W3CDTF">2026-10-19T08:43:00Z</dcterms:modified>
  <cp:category/>
</cp:coreProperties>
</file>