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57F9B" w14:textId="77777777" w:rsidR="00973509" w:rsidRPr="00F559A5" w:rsidRDefault="00777AB2">
      <w:pPr>
        <w:jc w:val="center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8"/>
          <w:lang w:val="pl-PL"/>
        </w:rPr>
        <w:t>ZAŁĄCZNIK NR 5 – OCHRONA MAŁOLETNICH</w:t>
      </w:r>
    </w:p>
    <w:p w14:paraId="2F8D1954" w14:textId="77777777" w:rsidR="00973509" w:rsidRPr="00F559A5" w:rsidRDefault="00777AB2">
      <w:pPr>
        <w:jc w:val="center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Oświadczenie i wykaz dokumentów wymaganych przed dopuszczeniem do działalności związanej z leczeniem małoletnich</w:t>
      </w:r>
    </w:p>
    <w:p w14:paraId="34248296" w14:textId="77777777" w:rsidR="00F559A5" w:rsidRPr="00F559A5" w:rsidRDefault="00F559A5">
      <w:pPr>
        <w:rPr>
          <w:rFonts w:ascii="Times New Roman" w:hAnsi="Times New Roman" w:cs="Times New Roman"/>
          <w:lang w:val="pl-PL"/>
        </w:rPr>
      </w:pPr>
    </w:p>
    <w:p w14:paraId="531171F3" w14:textId="7697AF14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Imię i nazwisko: ............................................................................................................................</w:t>
      </w:r>
    </w:p>
    <w:p w14:paraId="5F4D4739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PESEL / data urodzenia: ................................................................................................................</w:t>
      </w:r>
    </w:p>
    <w:p w14:paraId="32B24EA4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Obywatelstwo / obywatelstwa: ......................................................................................................</w:t>
      </w:r>
    </w:p>
    <w:p w14:paraId="7D7FC9DC" w14:textId="28138789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Oświadczenie o państwach zamieszkania</w:t>
      </w:r>
      <w:r w:rsidR="00F559A5" w:rsidRPr="00F559A5">
        <w:rPr>
          <w:rFonts w:ascii="Times New Roman" w:hAnsi="Times New Roman" w:cs="Times New Roman"/>
          <w:b/>
          <w:sz w:val="23"/>
          <w:lang w:val="pl-PL"/>
        </w:rPr>
        <w:t xml:space="preserve"> (zaznaczyć x)</w:t>
      </w:r>
    </w:p>
    <w:p w14:paraId="2A6FE66C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Oświadczam, że w ciągu ostatnich 20 lat:</w:t>
      </w:r>
    </w:p>
    <w:p w14:paraId="21E78D7C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Segoe UI Symbol" w:hAnsi="Segoe UI Symbol" w:cs="Segoe UI Symbol"/>
          <w:lang w:val="pl-PL"/>
        </w:rPr>
        <w:t>☐</w:t>
      </w:r>
      <w:r w:rsidRPr="00F559A5">
        <w:rPr>
          <w:rFonts w:ascii="Times New Roman" w:hAnsi="Times New Roman" w:cs="Times New Roman"/>
          <w:lang w:val="pl-PL"/>
        </w:rPr>
        <w:t xml:space="preserve"> nie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państwie innym niż Rzeczpospolita Polska i państwo mojego obywatelstwa / obywatelstw;</w:t>
      </w:r>
    </w:p>
    <w:p w14:paraId="4B2B9621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Segoe UI Symbol" w:hAnsi="Segoe UI Symbol" w:cs="Segoe UI Symbol"/>
          <w:lang w:val="pl-PL"/>
        </w:rPr>
        <w:t>☐</w:t>
      </w:r>
      <w:r w:rsidRPr="00F559A5">
        <w:rPr>
          <w:rFonts w:ascii="Times New Roman" w:hAnsi="Times New Roman" w:cs="Times New Roman"/>
          <w:lang w:val="pl-PL"/>
        </w:rPr>
        <w:t xml:space="preserve">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następujących państwach innych niż Rzeczpospolita Polska i państwo mojego obywatelstwa / obywatelstw:</w:t>
      </w:r>
    </w:p>
    <w:p w14:paraId="622B3FC9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</w:t>
      </w:r>
    </w:p>
    <w:p w14:paraId="303AED05" w14:textId="6D0244ED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Dokumenty przedkładane przez oferenta / wybranego oferenta</w:t>
      </w:r>
      <w:r w:rsidR="00F559A5" w:rsidRPr="00F559A5">
        <w:rPr>
          <w:rFonts w:ascii="Times New Roman" w:hAnsi="Times New Roman" w:cs="Times New Roman"/>
          <w:b/>
          <w:sz w:val="23"/>
          <w:lang w:val="pl-PL"/>
        </w:rPr>
        <w:t xml:space="preserve"> (zaznaczyć x)</w:t>
      </w:r>
    </w:p>
    <w:p w14:paraId="5FA39AFA" w14:textId="0CEA1A00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Informacja z Krajowego Rejestru Karnego w zakresie przestępstw wskazanych w art. 21 ust. 3 ustawy, w tym rozdziałów XIX i XXV Kodeksu karnego, art. 189a i art. 207 Kodeksu karnego oraz ustawy o przeciwdziałaniu narkomanii.</w:t>
      </w:r>
    </w:p>
    <w:p w14:paraId="227D5192" w14:textId="33A44495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posiadam obywatelstwo innego państwa niż RP – informacja z rejestru karnego państwa obywatelstwa, w zakresie wymaganym art. 21 ust. 4–6 ustawy.</w:t>
      </w:r>
    </w:p>
    <w:p w14:paraId="3CAF2555" w14:textId="3E505334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innym państwie w ciągu ostatnich 20 lat – informacja z rejestru karnego tego państwa, w zakresie wymaganym art. 21 ust. 5–6 ustawy.</w:t>
      </w:r>
    </w:p>
    <w:p w14:paraId="2637F8CF" w14:textId="2B77DE2A" w:rsidR="00973509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w danym państwie nie prowadzi się odpowiedniego rejestru albo nie wydaje się wymaganej informacji – oświadczenie przewidziane w art. 21 ust. 7 ustawy.</w:t>
      </w:r>
    </w:p>
    <w:p w14:paraId="7E16435C" w14:textId="77777777" w:rsidR="00F559A5" w:rsidRPr="00F559A5" w:rsidRDefault="00F559A5" w:rsidP="00F559A5">
      <w:pPr>
        <w:pStyle w:val="Akapitzlist"/>
        <w:jc w:val="both"/>
        <w:rPr>
          <w:rFonts w:ascii="Times New Roman" w:hAnsi="Times New Roman" w:cs="Times New Roman"/>
          <w:lang w:val="pl-PL"/>
        </w:rPr>
      </w:pPr>
    </w:p>
    <w:p w14:paraId="4C50E940" w14:textId="6A1096B0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Weryfikacja wykonywana przez SP ZOZ w Kościanie</w:t>
      </w:r>
    </w:p>
    <w:p w14:paraId="57112419" w14:textId="77777777" w:rsidR="00973509" w:rsidRPr="00F559A5" w:rsidRDefault="00777AB2" w:rsidP="00F559A5">
      <w:p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Przyjmuję do wiadomości, że SP ZOZ w Kościanie – przed dopuszczeniem mnie do działalności związanej z leczeniem lub opieką nad małoletnimi – samodzielnie uzyskuje informację, czy moje dane są zamieszczone w Rejestrze z dostępem ograniczonym lub w Rejestrze osób, w stosunku do których Państwowa Komisja do spraw przeciwdziałania wykorzystaniu seksualnemu małoletnich poniżej lat 15 wydała postanowienie o wpisie w Rejestrze. Moje oświadczenie nie zastępuje tej weryfikacji.</w:t>
      </w:r>
    </w:p>
    <w:p w14:paraId="47A2C9D8" w14:textId="2D203213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426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Oświadczenie pod rygorem odpowiedzialności karnej – jeżeli ma zastosowanie</w:t>
      </w:r>
    </w:p>
    <w:p w14:paraId="4B26397C" w14:textId="77777777" w:rsidR="00973509" w:rsidRPr="00F559A5" w:rsidRDefault="00777AB2" w:rsidP="00F559A5">
      <w:p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W przypadku składania oświadczeń przewidzianych art. 21 ust. 5 lub 7 ustawy oświadczam, że podane informacje są zgodne z prawdą. Jestem świadomy/a odpowiedzialności karnej za złożenie fałszywego oświadczenia.</w:t>
      </w:r>
    </w:p>
    <w:p w14:paraId="08B78494" w14:textId="77777777" w:rsidR="00F559A5" w:rsidRPr="00F559A5" w:rsidRDefault="00F559A5">
      <w:pPr>
        <w:jc w:val="right"/>
        <w:rPr>
          <w:rFonts w:ascii="Times New Roman" w:hAnsi="Times New Roman" w:cs="Times New Roman"/>
          <w:sz w:val="20"/>
          <w:lang w:val="pl-PL"/>
        </w:rPr>
      </w:pPr>
    </w:p>
    <w:p w14:paraId="76534A71" w14:textId="77777777" w:rsidR="00F559A5" w:rsidRPr="00F559A5" w:rsidRDefault="00777AB2" w:rsidP="00F559A5">
      <w:pPr>
        <w:rPr>
          <w:rFonts w:ascii="Times New Roman" w:hAnsi="Times New Roman" w:cs="Times New Roman"/>
          <w:sz w:val="20"/>
          <w:lang w:val="pl-PL"/>
        </w:rPr>
      </w:pPr>
      <w:r w:rsidRPr="00F559A5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F559A5">
        <w:rPr>
          <w:rFonts w:ascii="Times New Roman" w:hAnsi="Times New Roman" w:cs="Times New Roman"/>
          <w:sz w:val="20"/>
          <w:lang w:val="pl-PL"/>
        </w:rPr>
        <w:br/>
      </w:r>
      <w:r w:rsidRPr="00F559A5">
        <w:rPr>
          <w:rFonts w:ascii="Times New Roman" w:hAnsi="Times New Roman" w:cs="Times New Roman"/>
          <w:sz w:val="20"/>
          <w:lang w:val="pl-PL"/>
        </w:rPr>
        <w:br/>
      </w:r>
    </w:p>
    <w:p w14:paraId="147837F8" w14:textId="56D28162" w:rsidR="00973509" w:rsidRPr="00F559A5" w:rsidRDefault="004F4B48" w:rsidP="00F559A5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    </w:t>
      </w:r>
      <w:r w:rsidR="00777AB2" w:rsidRPr="00F559A5">
        <w:rPr>
          <w:rFonts w:ascii="Times New Roman" w:hAnsi="Times New Roman" w:cs="Times New Roman"/>
          <w:sz w:val="20"/>
          <w:lang w:val="pl-PL"/>
        </w:rPr>
        <w:t>……………………………………………………</w:t>
      </w:r>
      <w:r w:rsidR="00777AB2" w:rsidRPr="00F559A5">
        <w:rPr>
          <w:rFonts w:ascii="Times New Roman" w:hAnsi="Times New Roman" w:cs="Times New Roman"/>
          <w:sz w:val="20"/>
          <w:lang w:val="pl-PL"/>
        </w:rPr>
        <w:br/>
      </w: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                                   </w:t>
      </w:r>
      <w:r w:rsidR="00777AB2" w:rsidRPr="00F559A5">
        <w:rPr>
          <w:rFonts w:ascii="Times New Roman" w:hAnsi="Times New Roman" w:cs="Times New Roman"/>
          <w:sz w:val="20"/>
          <w:lang w:val="pl-PL"/>
        </w:rPr>
        <w:t>czytelny podpis</w:t>
      </w:r>
    </w:p>
    <w:sectPr w:rsidR="00973509" w:rsidRPr="00F559A5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F22CF" w14:textId="77777777" w:rsidR="00777AB2" w:rsidRDefault="00777AB2">
      <w:pPr>
        <w:spacing w:after="0" w:line="240" w:lineRule="auto"/>
      </w:pPr>
      <w:r>
        <w:separator/>
      </w:r>
    </w:p>
  </w:endnote>
  <w:endnote w:type="continuationSeparator" w:id="0">
    <w:p w14:paraId="240C7002" w14:textId="77777777" w:rsidR="00777AB2" w:rsidRDefault="00777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D17B" w14:textId="77777777" w:rsidR="00973509" w:rsidRDefault="00777AB2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2BCD" w14:textId="77777777" w:rsidR="00777AB2" w:rsidRDefault="00777AB2">
      <w:pPr>
        <w:spacing w:after="0" w:line="240" w:lineRule="auto"/>
      </w:pPr>
      <w:r>
        <w:separator/>
      </w:r>
    </w:p>
  </w:footnote>
  <w:footnote w:type="continuationSeparator" w:id="0">
    <w:p w14:paraId="531B66E9" w14:textId="77777777" w:rsidR="00777AB2" w:rsidRDefault="00777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800DE7"/>
    <w:multiLevelType w:val="hybridMultilevel"/>
    <w:tmpl w:val="9550B0E0"/>
    <w:lvl w:ilvl="0" w:tplc="279021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F3499"/>
    <w:multiLevelType w:val="hybridMultilevel"/>
    <w:tmpl w:val="7EEC9F7A"/>
    <w:lvl w:ilvl="0" w:tplc="E2CE7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F7236"/>
    <w:multiLevelType w:val="hybridMultilevel"/>
    <w:tmpl w:val="B7F0FCC2"/>
    <w:lvl w:ilvl="0" w:tplc="E2CE7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92FE1"/>
    <w:multiLevelType w:val="hybridMultilevel"/>
    <w:tmpl w:val="580E79DA"/>
    <w:lvl w:ilvl="0" w:tplc="42ECE1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714133">
    <w:abstractNumId w:val="8"/>
  </w:num>
  <w:num w:numId="2" w16cid:durableId="242564859">
    <w:abstractNumId w:val="6"/>
  </w:num>
  <w:num w:numId="3" w16cid:durableId="2038195767">
    <w:abstractNumId w:val="5"/>
  </w:num>
  <w:num w:numId="4" w16cid:durableId="2134211403">
    <w:abstractNumId w:val="4"/>
  </w:num>
  <w:num w:numId="5" w16cid:durableId="1458334768">
    <w:abstractNumId w:val="7"/>
  </w:num>
  <w:num w:numId="6" w16cid:durableId="1812364066">
    <w:abstractNumId w:val="3"/>
  </w:num>
  <w:num w:numId="7" w16cid:durableId="673998058">
    <w:abstractNumId w:val="2"/>
  </w:num>
  <w:num w:numId="8" w16cid:durableId="2081976789">
    <w:abstractNumId w:val="1"/>
  </w:num>
  <w:num w:numId="9" w16cid:durableId="95253462">
    <w:abstractNumId w:val="0"/>
  </w:num>
  <w:num w:numId="10" w16cid:durableId="2127652392">
    <w:abstractNumId w:val="9"/>
  </w:num>
  <w:num w:numId="11" w16cid:durableId="1030187457">
    <w:abstractNumId w:val="10"/>
  </w:num>
  <w:num w:numId="12" w16cid:durableId="1685941865">
    <w:abstractNumId w:val="11"/>
  </w:num>
  <w:num w:numId="13" w16cid:durableId="8328418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4B48"/>
    <w:rsid w:val="006840DD"/>
    <w:rsid w:val="0077413E"/>
    <w:rsid w:val="00777AB2"/>
    <w:rsid w:val="007F7BD6"/>
    <w:rsid w:val="00973509"/>
    <w:rsid w:val="00AA1D8D"/>
    <w:rsid w:val="00B47730"/>
    <w:rsid w:val="00B71E28"/>
    <w:rsid w:val="00CB0664"/>
    <w:rsid w:val="00F559A5"/>
    <w:rsid w:val="00F61E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BE3D4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kadry</cp:lastModifiedBy>
  <cp:revision>3</cp:revision>
  <dcterms:created xsi:type="dcterms:W3CDTF">2026-10-12T12:51:00Z</dcterms:created>
  <dcterms:modified xsi:type="dcterms:W3CDTF">2026-10-16T12:03:00Z</dcterms:modified>
  <cp:category/>
</cp:coreProperties>
</file>