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57F9B" w14:textId="77777777" w:rsidR="00973509" w:rsidRPr="00F559A5" w:rsidRDefault="00777AB2">
      <w:pPr>
        <w:jc w:val="center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b/>
          <w:sz w:val="28"/>
          <w:lang w:val="pl-PL"/>
        </w:rPr>
        <w:t>ZAŁĄCZNIK NR 5 – OCHRONA MAŁOLETNICH</w:t>
      </w:r>
    </w:p>
    <w:p w14:paraId="2F8D1954" w14:textId="77777777" w:rsidR="00973509" w:rsidRPr="00F559A5" w:rsidRDefault="00777AB2">
      <w:pPr>
        <w:jc w:val="center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Oświadczenie i wykaz dokumentów wymaganych przed dopuszczeniem do działalności związanej z leczeniem małoletnich</w:t>
      </w:r>
    </w:p>
    <w:p w14:paraId="34248296" w14:textId="77777777" w:rsidR="00F559A5" w:rsidRPr="00F559A5" w:rsidRDefault="00F559A5">
      <w:pPr>
        <w:rPr>
          <w:rFonts w:ascii="Times New Roman" w:hAnsi="Times New Roman" w:cs="Times New Roman"/>
          <w:lang w:val="pl-PL"/>
        </w:rPr>
      </w:pPr>
    </w:p>
    <w:p w14:paraId="531171F3" w14:textId="7697AF14" w:rsidR="00973509" w:rsidRPr="00F559A5" w:rsidRDefault="00777AB2">
      <w:pPr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Imię i nazwisko: ............................................................................................................................</w:t>
      </w:r>
    </w:p>
    <w:p w14:paraId="5F4D4739" w14:textId="77777777" w:rsidR="00973509" w:rsidRPr="00F559A5" w:rsidRDefault="00777AB2">
      <w:pPr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PESEL / data urodzenia: ................................................................................................................</w:t>
      </w:r>
    </w:p>
    <w:p w14:paraId="32B24EA4" w14:textId="77777777" w:rsidR="00973509" w:rsidRPr="00F559A5" w:rsidRDefault="00777AB2">
      <w:pPr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Obywatelstwo / obywatelstwa: ......................................................................................................</w:t>
      </w:r>
    </w:p>
    <w:p w14:paraId="7D7FC9DC" w14:textId="28138789" w:rsidR="00973509" w:rsidRPr="00F559A5" w:rsidRDefault="00777AB2" w:rsidP="00F559A5">
      <w:pPr>
        <w:pStyle w:val="Akapitzlist"/>
        <w:numPr>
          <w:ilvl w:val="0"/>
          <w:numId w:val="10"/>
        </w:numPr>
        <w:spacing w:before="160"/>
        <w:ind w:left="284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b/>
          <w:sz w:val="23"/>
          <w:lang w:val="pl-PL"/>
        </w:rPr>
        <w:t>Oświadczenie o państwach zamieszkania</w:t>
      </w:r>
      <w:r w:rsidR="00F559A5" w:rsidRPr="00F559A5">
        <w:rPr>
          <w:rFonts w:ascii="Times New Roman" w:hAnsi="Times New Roman" w:cs="Times New Roman"/>
          <w:b/>
          <w:sz w:val="23"/>
          <w:lang w:val="pl-PL"/>
        </w:rPr>
        <w:t xml:space="preserve"> (zaznaczyć x)</w:t>
      </w:r>
    </w:p>
    <w:p w14:paraId="2A6FE66C" w14:textId="77777777" w:rsidR="00973509" w:rsidRPr="00F559A5" w:rsidRDefault="00777AB2">
      <w:pPr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Oświadczam, że w ciągu ostatnich 20 lat:</w:t>
      </w:r>
    </w:p>
    <w:p w14:paraId="21E78D7C" w14:textId="77777777" w:rsidR="00973509" w:rsidRPr="00F559A5" w:rsidRDefault="00777AB2">
      <w:pPr>
        <w:rPr>
          <w:rFonts w:ascii="Times New Roman" w:hAnsi="Times New Roman" w:cs="Times New Roman"/>
          <w:lang w:val="pl-PL"/>
        </w:rPr>
      </w:pPr>
      <w:r w:rsidRPr="00F559A5">
        <w:rPr>
          <w:rFonts w:ascii="Segoe UI Symbol" w:hAnsi="Segoe UI Symbol" w:cs="Segoe UI Symbol"/>
          <w:lang w:val="pl-PL"/>
        </w:rPr>
        <w:t>☐</w:t>
      </w:r>
      <w:r w:rsidRPr="00F559A5">
        <w:rPr>
          <w:rFonts w:ascii="Times New Roman" w:hAnsi="Times New Roman" w:cs="Times New Roman"/>
          <w:lang w:val="pl-PL"/>
        </w:rPr>
        <w:t xml:space="preserve"> nie zamieszkiwałem/</w:t>
      </w:r>
      <w:proofErr w:type="spellStart"/>
      <w:r w:rsidRPr="00F559A5">
        <w:rPr>
          <w:rFonts w:ascii="Times New Roman" w:hAnsi="Times New Roman" w:cs="Times New Roman"/>
          <w:lang w:val="pl-PL"/>
        </w:rPr>
        <w:t>am</w:t>
      </w:r>
      <w:proofErr w:type="spellEnd"/>
      <w:r w:rsidRPr="00F559A5">
        <w:rPr>
          <w:rFonts w:ascii="Times New Roman" w:hAnsi="Times New Roman" w:cs="Times New Roman"/>
          <w:lang w:val="pl-PL"/>
        </w:rPr>
        <w:t xml:space="preserve"> w państwie innym niż Rzeczpospolita Polska i państwo mojego obywatelstwa / obywatelstw;</w:t>
      </w:r>
    </w:p>
    <w:p w14:paraId="4B2B9621" w14:textId="77777777" w:rsidR="00973509" w:rsidRPr="00F559A5" w:rsidRDefault="00777AB2">
      <w:pPr>
        <w:rPr>
          <w:rFonts w:ascii="Times New Roman" w:hAnsi="Times New Roman" w:cs="Times New Roman"/>
          <w:lang w:val="pl-PL"/>
        </w:rPr>
      </w:pPr>
      <w:r w:rsidRPr="00F559A5">
        <w:rPr>
          <w:rFonts w:ascii="Segoe UI Symbol" w:hAnsi="Segoe UI Symbol" w:cs="Segoe UI Symbol"/>
          <w:lang w:val="pl-PL"/>
        </w:rPr>
        <w:t>☐</w:t>
      </w:r>
      <w:r w:rsidRPr="00F559A5">
        <w:rPr>
          <w:rFonts w:ascii="Times New Roman" w:hAnsi="Times New Roman" w:cs="Times New Roman"/>
          <w:lang w:val="pl-PL"/>
        </w:rPr>
        <w:t xml:space="preserve"> zamieszkiwałem/</w:t>
      </w:r>
      <w:proofErr w:type="spellStart"/>
      <w:r w:rsidRPr="00F559A5">
        <w:rPr>
          <w:rFonts w:ascii="Times New Roman" w:hAnsi="Times New Roman" w:cs="Times New Roman"/>
          <w:lang w:val="pl-PL"/>
        </w:rPr>
        <w:t>am</w:t>
      </w:r>
      <w:proofErr w:type="spellEnd"/>
      <w:r w:rsidRPr="00F559A5">
        <w:rPr>
          <w:rFonts w:ascii="Times New Roman" w:hAnsi="Times New Roman" w:cs="Times New Roman"/>
          <w:lang w:val="pl-PL"/>
        </w:rPr>
        <w:t xml:space="preserve"> w następujących państwach innych niż Rzeczpospolita Polska i państwo mojego obywatelstwa / obywatelstw:</w:t>
      </w:r>
    </w:p>
    <w:p w14:paraId="622B3FC9" w14:textId="77777777" w:rsidR="00973509" w:rsidRPr="00F559A5" w:rsidRDefault="00777AB2">
      <w:pPr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............................................................................................................................................................</w:t>
      </w:r>
    </w:p>
    <w:p w14:paraId="303AED05" w14:textId="6D0244ED" w:rsidR="00973509" w:rsidRPr="00F559A5" w:rsidRDefault="00777AB2" w:rsidP="00F559A5">
      <w:pPr>
        <w:pStyle w:val="Akapitzlist"/>
        <w:numPr>
          <w:ilvl w:val="0"/>
          <w:numId w:val="10"/>
        </w:numPr>
        <w:spacing w:before="160"/>
        <w:ind w:left="284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b/>
          <w:sz w:val="23"/>
          <w:lang w:val="pl-PL"/>
        </w:rPr>
        <w:t>Dokumenty przedkładane przez oferenta / wybranego oferenta</w:t>
      </w:r>
      <w:r w:rsidR="00F559A5" w:rsidRPr="00F559A5">
        <w:rPr>
          <w:rFonts w:ascii="Times New Roman" w:hAnsi="Times New Roman" w:cs="Times New Roman"/>
          <w:b/>
          <w:sz w:val="23"/>
          <w:lang w:val="pl-PL"/>
        </w:rPr>
        <w:t xml:space="preserve"> (zaznaczyć x)</w:t>
      </w:r>
    </w:p>
    <w:p w14:paraId="5FA39AFA" w14:textId="0CEA1A00" w:rsidR="00973509" w:rsidRPr="00F559A5" w:rsidRDefault="00777AB2" w:rsidP="00F559A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Informacja z Krajowego Rejestru Karnego w zakresie przestępstw wskazanych w art. 21 ust. 3 ustawy, w tym rozdziałów XIX i XXV Kodeksu karnego, art. 189a i art. 207 Kodeksu karnego oraz ustawy o przeciwdziałaniu narkomanii.</w:t>
      </w:r>
    </w:p>
    <w:p w14:paraId="227D5192" w14:textId="33A44495" w:rsidR="00973509" w:rsidRPr="00F559A5" w:rsidRDefault="00777AB2" w:rsidP="00F559A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Jeżeli posiadam obywatelstwo innego państwa niż RP – informacja z rejestru karnego państwa obywatelstwa, w zakresie wymaganym art. 21 ust. 4–6 ustawy.</w:t>
      </w:r>
    </w:p>
    <w:p w14:paraId="3CAF2555" w14:textId="3E505334" w:rsidR="00973509" w:rsidRPr="00F559A5" w:rsidRDefault="00777AB2" w:rsidP="00F559A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Jeżeli zamieszkiwałem/</w:t>
      </w:r>
      <w:proofErr w:type="spellStart"/>
      <w:r w:rsidRPr="00F559A5">
        <w:rPr>
          <w:rFonts w:ascii="Times New Roman" w:hAnsi="Times New Roman" w:cs="Times New Roman"/>
          <w:lang w:val="pl-PL"/>
        </w:rPr>
        <w:t>am</w:t>
      </w:r>
      <w:proofErr w:type="spellEnd"/>
      <w:r w:rsidRPr="00F559A5">
        <w:rPr>
          <w:rFonts w:ascii="Times New Roman" w:hAnsi="Times New Roman" w:cs="Times New Roman"/>
          <w:lang w:val="pl-PL"/>
        </w:rPr>
        <w:t xml:space="preserve"> w innym państwie w ciągu ostatnich 20 lat – informacja z rejestru karnego tego państwa, w zakresie wymaganym art. 21 ust. 5–6 ustawy.</w:t>
      </w:r>
    </w:p>
    <w:p w14:paraId="2637F8CF" w14:textId="2B77DE2A" w:rsidR="00973509" w:rsidRDefault="00777AB2" w:rsidP="00F559A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Jeżeli w danym państwie nie prowadzi się odpowiedniego rejestru albo nie wydaje się wymaganej informacji – oświadczenie przewidziane w art. 21 ust. 7 ustawy.</w:t>
      </w:r>
    </w:p>
    <w:p w14:paraId="7E16435C" w14:textId="77777777" w:rsidR="00F559A5" w:rsidRPr="00F559A5" w:rsidRDefault="00F559A5" w:rsidP="00F559A5">
      <w:pPr>
        <w:pStyle w:val="Akapitzlist"/>
        <w:jc w:val="both"/>
        <w:rPr>
          <w:rFonts w:ascii="Times New Roman" w:hAnsi="Times New Roman" w:cs="Times New Roman"/>
          <w:lang w:val="pl-PL"/>
        </w:rPr>
      </w:pPr>
    </w:p>
    <w:p w14:paraId="4C50E940" w14:textId="6A1096B0" w:rsidR="00973509" w:rsidRPr="00F559A5" w:rsidRDefault="00777AB2" w:rsidP="00F559A5">
      <w:pPr>
        <w:pStyle w:val="Akapitzlist"/>
        <w:numPr>
          <w:ilvl w:val="0"/>
          <w:numId w:val="10"/>
        </w:numPr>
        <w:spacing w:before="160"/>
        <w:ind w:left="284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b/>
          <w:sz w:val="23"/>
          <w:lang w:val="pl-PL"/>
        </w:rPr>
        <w:t>Weryfikacja wykonywana przez SP ZOZ w Kościanie</w:t>
      </w:r>
    </w:p>
    <w:p w14:paraId="57112419" w14:textId="77777777" w:rsidR="00973509" w:rsidRPr="00F559A5" w:rsidRDefault="00777AB2" w:rsidP="00F559A5">
      <w:pPr>
        <w:jc w:val="both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Przyjmuję do wiadomości, że SP ZOZ w Kościanie – przed dopuszczeniem mnie do działalności związanej z leczeniem lub opieką nad małoletnimi – samodzielnie uzyskuje informację, czy moje dane są zamieszczone w Rejestrze z dostępem ograniczonym lub w Rejestrze osób, w stosunku do których Państwowa Komisja do spraw przeciwdziałania wykorzystaniu seksualnemu małoletnich poniżej lat 15 wydała postanowienie o wpisie w Rejestrze. Moje oświadczenie nie zastępuje tej weryfikacji.</w:t>
      </w:r>
    </w:p>
    <w:p w14:paraId="47A2C9D8" w14:textId="2D203213" w:rsidR="00973509" w:rsidRPr="00F559A5" w:rsidRDefault="00777AB2" w:rsidP="00F559A5">
      <w:pPr>
        <w:pStyle w:val="Akapitzlist"/>
        <w:numPr>
          <w:ilvl w:val="0"/>
          <w:numId w:val="10"/>
        </w:numPr>
        <w:spacing w:before="160"/>
        <w:ind w:left="426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b/>
          <w:sz w:val="23"/>
          <w:lang w:val="pl-PL"/>
        </w:rPr>
        <w:t>Oświadczenie pod rygorem odpowiedzialności karnej – jeżeli ma zastosowanie</w:t>
      </w:r>
    </w:p>
    <w:p w14:paraId="4B26397C" w14:textId="77777777" w:rsidR="00973509" w:rsidRPr="00F559A5" w:rsidRDefault="00777AB2" w:rsidP="00F559A5">
      <w:pPr>
        <w:jc w:val="both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W przypadku składania oświadczeń przewidzianych art. 21 ust. 5 lub 7 ustawy oświadczam, że podane informacje są zgodne z prawdą. Jestem świadomy/a odpowiedzialności karnej za złożenie fałszywego oświadczenia.</w:t>
      </w:r>
    </w:p>
    <w:p w14:paraId="08B78494" w14:textId="77777777" w:rsidR="00F559A5" w:rsidRPr="00F559A5" w:rsidRDefault="00F559A5">
      <w:pPr>
        <w:jc w:val="right"/>
        <w:rPr>
          <w:rFonts w:ascii="Times New Roman" w:hAnsi="Times New Roman" w:cs="Times New Roman"/>
          <w:sz w:val="20"/>
          <w:lang w:val="pl-PL"/>
        </w:rPr>
      </w:pPr>
    </w:p>
    <w:p w14:paraId="76534A71" w14:textId="77777777" w:rsidR="00F559A5" w:rsidRPr="00F559A5" w:rsidRDefault="00777AB2" w:rsidP="00F559A5">
      <w:pPr>
        <w:rPr>
          <w:rFonts w:ascii="Times New Roman" w:hAnsi="Times New Roman" w:cs="Times New Roman"/>
          <w:sz w:val="20"/>
          <w:lang w:val="pl-PL"/>
        </w:rPr>
      </w:pPr>
      <w:r w:rsidRPr="00F559A5">
        <w:rPr>
          <w:rFonts w:ascii="Times New Roman" w:hAnsi="Times New Roman" w:cs="Times New Roman"/>
          <w:sz w:val="20"/>
          <w:lang w:val="pl-PL"/>
        </w:rPr>
        <w:t>……………………………………, dnia ………………………</w:t>
      </w:r>
      <w:r w:rsidRPr="00F559A5">
        <w:rPr>
          <w:rFonts w:ascii="Times New Roman" w:hAnsi="Times New Roman" w:cs="Times New Roman"/>
          <w:sz w:val="20"/>
          <w:lang w:val="pl-PL"/>
        </w:rPr>
        <w:br/>
      </w:r>
      <w:r w:rsidRPr="00F559A5">
        <w:rPr>
          <w:rFonts w:ascii="Times New Roman" w:hAnsi="Times New Roman" w:cs="Times New Roman"/>
          <w:sz w:val="20"/>
          <w:lang w:val="pl-PL"/>
        </w:rPr>
        <w:br/>
      </w:r>
    </w:p>
    <w:p w14:paraId="147837F8" w14:textId="0365E01C" w:rsidR="00973509" w:rsidRPr="00F559A5" w:rsidRDefault="00777AB2" w:rsidP="00F559A5">
      <w:pPr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sz w:val="20"/>
          <w:lang w:val="pl-PL"/>
        </w:rPr>
        <w:t>……………………………………………………</w:t>
      </w:r>
      <w:r w:rsidRPr="00F559A5">
        <w:rPr>
          <w:rFonts w:ascii="Times New Roman" w:hAnsi="Times New Roman" w:cs="Times New Roman"/>
          <w:sz w:val="20"/>
          <w:lang w:val="pl-PL"/>
        </w:rPr>
        <w:br/>
        <w:t>czytelny podpis</w:t>
      </w:r>
    </w:p>
    <w:sectPr w:rsidR="00973509" w:rsidRPr="00F559A5" w:rsidSect="00034616">
      <w:footerReference w:type="default" r:id="rId8"/>
      <w:pgSz w:w="12240" w:h="15840"/>
      <w:pgMar w:top="1020" w:right="1191" w:bottom="1020" w:left="119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F22CF" w14:textId="77777777" w:rsidR="00777AB2" w:rsidRDefault="00777AB2">
      <w:pPr>
        <w:spacing w:after="0" w:line="240" w:lineRule="auto"/>
      </w:pPr>
      <w:r>
        <w:separator/>
      </w:r>
    </w:p>
  </w:endnote>
  <w:endnote w:type="continuationSeparator" w:id="0">
    <w:p w14:paraId="240C7002" w14:textId="77777777" w:rsidR="00777AB2" w:rsidRDefault="00777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1D17B" w14:textId="77777777" w:rsidR="00973509" w:rsidRDefault="00777AB2">
    <w:pPr>
      <w:pStyle w:val="Stopka"/>
      <w:jc w:val="center"/>
    </w:pPr>
    <w:r>
      <w:rPr>
        <w:sz w:val="16"/>
      </w:rPr>
      <w:t xml:space="preserve">Strona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B2BCD" w14:textId="77777777" w:rsidR="00777AB2" w:rsidRDefault="00777AB2">
      <w:pPr>
        <w:spacing w:after="0" w:line="240" w:lineRule="auto"/>
      </w:pPr>
      <w:r>
        <w:separator/>
      </w:r>
    </w:p>
  </w:footnote>
  <w:footnote w:type="continuationSeparator" w:id="0">
    <w:p w14:paraId="531B66E9" w14:textId="77777777" w:rsidR="00777AB2" w:rsidRDefault="00777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6800DE7"/>
    <w:multiLevelType w:val="hybridMultilevel"/>
    <w:tmpl w:val="9550B0E0"/>
    <w:lvl w:ilvl="0" w:tplc="279021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1F3499"/>
    <w:multiLevelType w:val="hybridMultilevel"/>
    <w:tmpl w:val="7EEC9F7A"/>
    <w:lvl w:ilvl="0" w:tplc="E2CE790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2F7236"/>
    <w:multiLevelType w:val="hybridMultilevel"/>
    <w:tmpl w:val="B7F0FCC2"/>
    <w:lvl w:ilvl="0" w:tplc="E2CE790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B92FE1"/>
    <w:multiLevelType w:val="hybridMultilevel"/>
    <w:tmpl w:val="580E79DA"/>
    <w:lvl w:ilvl="0" w:tplc="42ECE1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714133">
    <w:abstractNumId w:val="8"/>
  </w:num>
  <w:num w:numId="2" w16cid:durableId="242564859">
    <w:abstractNumId w:val="6"/>
  </w:num>
  <w:num w:numId="3" w16cid:durableId="2038195767">
    <w:abstractNumId w:val="5"/>
  </w:num>
  <w:num w:numId="4" w16cid:durableId="2134211403">
    <w:abstractNumId w:val="4"/>
  </w:num>
  <w:num w:numId="5" w16cid:durableId="1458334768">
    <w:abstractNumId w:val="7"/>
  </w:num>
  <w:num w:numId="6" w16cid:durableId="1812364066">
    <w:abstractNumId w:val="3"/>
  </w:num>
  <w:num w:numId="7" w16cid:durableId="673998058">
    <w:abstractNumId w:val="2"/>
  </w:num>
  <w:num w:numId="8" w16cid:durableId="2081976789">
    <w:abstractNumId w:val="1"/>
  </w:num>
  <w:num w:numId="9" w16cid:durableId="95253462">
    <w:abstractNumId w:val="0"/>
  </w:num>
  <w:num w:numId="10" w16cid:durableId="2127652392">
    <w:abstractNumId w:val="9"/>
  </w:num>
  <w:num w:numId="11" w16cid:durableId="1030187457">
    <w:abstractNumId w:val="10"/>
  </w:num>
  <w:num w:numId="12" w16cid:durableId="1685941865">
    <w:abstractNumId w:val="11"/>
  </w:num>
  <w:num w:numId="13" w16cid:durableId="8328418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840DD"/>
    <w:rsid w:val="00777AB2"/>
    <w:rsid w:val="007F7BD6"/>
    <w:rsid w:val="00973509"/>
    <w:rsid w:val="00AA1D8D"/>
    <w:rsid w:val="00B47730"/>
    <w:rsid w:val="00CB0664"/>
    <w:rsid w:val="00F559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DBE3D4"/>
  <w14:defaultImageDpi w14:val="300"/>
  <w15:docId w15:val="{1DC2BBAC-4E43-44F9-BC89-7A752526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Barbara Łakoma</cp:lastModifiedBy>
  <cp:revision>2</cp:revision>
  <dcterms:created xsi:type="dcterms:W3CDTF">2026-08-18T11:06:00Z</dcterms:created>
  <dcterms:modified xsi:type="dcterms:W3CDTF">2026-08-18T11:06:00Z</dcterms:modified>
  <cp:category/>
</cp:coreProperties>
</file>