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037EA" w14:textId="77777777" w:rsidR="00C80A29" w:rsidRPr="005337F9" w:rsidRDefault="00A83A4E">
      <w:pPr>
        <w:jc w:val="center"/>
        <w:rPr>
          <w:rFonts w:ascii="Times New Roman" w:hAnsi="Times New Roman" w:cs="Times New Roman"/>
          <w:lang w:val="pl-PL"/>
        </w:rPr>
      </w:pPr>
      <w:r w:rsidRPr="005337F9">
        <w:rPr>
          <w:rFonts w:ascii="Times New Roman" w:hAnsi="Times New Roman" w:cs="Times New Roman"/>
          <w:b/>
          <w:sz w:val="28"/>
          <w:lang w:val="pl-PL"/>
        </w:rPr>
        <w:t>ZAŁĄCZNIK NR 4 – DOBROWOLNA ZGODA NA PRZYSZŁE KONKURSY</w:t>
      </w:r>
    </w:p>
    <w:p w14:paraId="52D23E61" w14:textId="77777777" w:rsidR="005337F9" w:rsidRPr="005337F9" w:rsidRDefault="005337F9">
      <w:pPr>
        <w:rPr>
          <w:rFonts w:ascii="Times New Roman" w:hAnsi="Times New Roman" w:cs="Times New Roman"/>
          <w:lang w:val="pl-PL"/>
        </w:rPr>
      </w:pPr>
    </w:p>
    <w:p w14:paraId="07596140" w14:textId="77777777" w:rsidR="005337F9" w:rsidRPr="005337F9" w:rsidRDefault="005337F9">
      <w:pPr>
        <w:rPr>
          <w:rFonts w:ascii="Times New Roman" w:hAnsi="Times New Roman" w:cs="Times New Roman"/>
          <w:lang w:val="pl-PL"/>
        </w:rPr>
      </w:pPr>
    </w:p>
    <w:p w14:paraId="6E3DD463" w14:textId="13A33C75" w:rsidR="00C80A29" w:rsidRPr="005337F9" w:rsidRDefault="00A83A4E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337F9">
        <w:rPr>
          <w:rFonts w:ascii="Times New Roman" w:hAnsi="Times New Roman" w:cs="Times New Roman"/>
          <w:sz w:val="24"/>
          <w:szCs w:val="24"/>
          <w:lang w:val="pl-PL"/>
        </w:rPr>
        <w:t>Niniejszy dokument jest fakultatywny i nie ma wpływu na ocenę oferty w bieżącym postępowaniu.</w:t>
      </w:r>
      <w:r w:rsidR="005337F9" w:rsidRPr="005337F9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287F2AA7" w14:textId="77777777" w:rsidR="005337F9" w:rsidRPr="005337F9" w:rsidRDefault="005337F9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509C5A3" w14:textId="77777777" w:rsidR="00C80A29" w:rsidRPr="005337F9" w:rsidRDefault="00A83A4E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337F9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5337F9">
        <w:rPr>
          <w:rFonts w:ascii="Times New Roman" w:hAnsi="Times New Roman" w:cs="Times New Roman"/>
          <w:sz w:val="24"/>
          <w:szCs w:val="24"/>
          <w:lang w:val="pl-PL"/>
        </w:rPr>
        <w:t xml:space="preserve"> Wyrażam zgodę na przetwarzanie przez Samodzielny Publiczny Zespół Opieki Zdrowotnej w Kościanie danych osobowych zawartych w dokumentach złożonych przeze mnie w bieżącym konkursie w celu kontaktowania się ze mną i wykorzystania tych danych w przyszłych konkursach ofert na udzielanie świadczeń zdrowotnych, przez okres 24 miesięcy od dnia zakończenia bieżącego postępowania, chyba że wcześniej wycofam zgodę.</w:t>
      </w:r>
    </w:p>
    <w:p w14:paraId="57B29A1A" w14:textId="77777777" w:rsidR="005337F9" w:rsidRPr="005337F9" w:rsidRDefault="005337F9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2EFD8CD" w14:textId="34C3D441" w:rsidR="00C80A29" w:rsidRPr="005337F9" w:rsidRDefault="00A83A4E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337F9">
        <w:rPr>
          <w:rFonts w:ascii="Times New Roman" w:hAnsi="Times New Roman" w:cs="Times New Roman"/>
          <w:sz w:val="24"/>
          <w:szCs w:val="24"/>
          <w:lang w:val="pl-PL"/>
        </w:rPr>
        <w:t>Podstawą przetwarzania jest art. 6 ust. 1 lit. a RODO. Zgoda jest dobrowolna i może zostać wycofana w każdym czasie bez wpływu na zgodność z prawem przetwarzania dokonanego przed jej wycofaniem. Zgodę można wycofać, kontaktując się z Administratorem lub Inspektorem Ochrony Danych pod adresem: iod@szpital.koscian.pl.</w:t>
      </w:r>
    </w:p>
    <w:p w14:paraId="0C6DCCEC" w14:textId="77777777" w:rsidR="005337F9" w:rsidRPr="005337F9" w:rsidRDefault="005337F9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65D2176" w14:textId="79CEC523" w:rsidR="00C80A29" w:rsidRPr="005337F9" w:rsidRDefault="00A83A4E" w:rsidP="005337F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337F9">
        <w:rPr>
          <w:rFonts w:ascii="Times New Roman" w:hAnsi="Times New Roman" w:cs="Times New Roman"/>
          <w:sz w:val="24"/>
          <w:szCs w:val="24"/>
          <w:lang w:val="pl-PL"/>
        </w:rPr>
        <w:t>Zgoda nie obejmuje danych, których dalsze przechowywanie wynika z obowiązku prawnego lub konieczności dokumentowania zakończonego postępowania.</w:t>
      </w:r>
    </w:p>
    <w:p w14:paraId="26E49FA2" w14:textId="77777777" w:rsidR="005337F9" w:rsidRPr="005337F9" w:rsidRDefault="005337F9">
      <w:pPr>
        <w:jc w:val="right"/>
        <w:rPr>
          <w:rFonts w:ascii="Times New Roman" w:hAnsi="Times New Roman" w:cs="Times New Roman"/>
          <w:sz w:val="20"/>
          <w:lang w:val="pl-PL"/>
        </w:rPr>
      </w:pPr>
    </w:p>
    <w:p w14:paraId="69B303BC" w14:textId="77777777" w:rsidR="005337F9" w:rsidRPr="005337F9" w:rsidRDefault="00A83A4E" w:rsidP="005337F9">
      <w:pPr>
        <w:rPr>
          <w:rFonts w:ascii="Times New Roman" w:hAnsi="Times New Roman" w:cs="Times New Roman"/>
          <w:sz w:val="20"/>
          <w:lang w:val="pl-PL"/>
        </w:rPr>
      </w:pPr>
      <w:r w:rsidRPr="005337F9">
        <w:rPr>
          <w:rFonts w:ascii="Times New Roman" w:hAnsi="Times New Roman" w:cs="Times New Roman"/>
          <w:sz w:val="20"/>
          <w:lang w:val="pl-PL"/>
        </w:rPr>
        <w:t>……………………………………, dnia ………………………</w:t>
      </w:r>
      <w:r w:rsidRPr="005337F9">
        <w:rPr>
          <w:rFonts w:ascii="Times New Roman" w:hAnsi="Times New Roman" w:cs="Times New Roman"/>
          <w:sz w:val="20"/>
          <w:lang w:val="pl-PL"/>
        </w:rPr>
        <w:br/>
      </w:r>
    </w:p>
    <w:p w14:paraId="6DD9A8C5" w14:textId="2BCCC51F" w:rsidR="00C80A29" w:rsidRPr="005337F9" w:rsidRDefault="00A83A4E" w:rsidP="005337F9">
      <w:pPr>
        <w:rPr>
          <w:rFonts w:ascii="Times New Roman" w:hAnsi="Times New Roman" w:cs="Times New Roman"/>
          <w:lang w:val="pl-PL"/>
        </w:rPr>
      </w:pPr>
      <w:r w:rsidRPr="005337F9">
        <w:rPr>
          <w:rFonts w:ascii="Times New Roman" w:hAnsi="Times New Roman" w:cs="Times New Roman"/>
          <w:sz w:val="20"/>
          <w:lang w:val="pl-PL"/>
        </w:rPr>
        <w:br/>
        <w:t>……………………………………………………</w:t>
      </w:r>
      <w:r w:rsidRPr="005337F9">
        <w:rPr>
          <w:rFonts w:ascii="Times New Roman" w:hAnsi="Times New Roman" w:cs="Times New Roman"/>
          <w:sz w:val="20"/>
          <w:lang w:val="pl-PL"/>
        </w:rPr>
        <w:br/>
        <w:t>czytelny podpis</w:t>
      </w:r>
    </w:p>
    <w:sectPr w:rsidR="00C80A29" w:rsidRPr="005337F9" w:rsidSect="00034616">
      <w:footerReference w:type="default" r:id="rId8"/>
      <w:pgSz w:w="12240" w:h="15840"/>
      <w:pgMar w:top="1020" w:right="1191" w:bottom="1020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3897C" w14:textId="77777777" w:rsidR="00A83A4E" w:rsidRDefault="00A83A4E">
      <w:pPr>
        <w:spacing w:after="0" w:line="240" w:lineRule="auto"/>
      </w:pPr>
      <w:r>
        <w:separator/>
      </w:r>
    </w:p>
  </w:endnote>
  <w:endnote w:type="continuationSeparator" w:id="0">
    <w:p w14:paraId="438E19B8" w14:textId="77777777" w:rsidR="00A83A4E" w:rsidRDefault="00A83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EEFD5" w14:textId="77777777" w:rsidR="00C80A29" w:rsidRDefault="00A83A4E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C9DC4" w14:textId="77777777" w:rsidR="00A83A4E" w:rsidRDefault="00A83A4E">
      <w:pPr>
        <w:spacing w:after="0" w:line="240" w:lineRule="auto"/>
      </w:pPr>
      <w:r>
        <w:separator/>
      </w:r>
    </w:p>
  </w:footnote>
  <w:footnote w:type="continuationSeparator" w:id="0">
    <w:p w14:paraId="6C72BD40" w14:textId="77777777" w:rsidR="00A83A4E" w:rsidRDefault="00A83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7764533">
    <w:abstractNumId w:val="8"/>
  </w:num>
  <w:num w:numId="2" w16cid:durableId="1912540406">
    <w:abstractNumId w:val="6"/>
  </w:num>
  <w:num w:numId="3" w16cid:durableId="1276673298">
    <w:abstractNumId w:val="5"/>
  </w:num>
  <w:num w:numId="4" w16cid:durableId="1457989574">
    <w:abstractNumId w:val="4"/>
  </w:num>
  <w:num w:numId="5" w16cid:durableId="1009454051">
    <w:abstractNumId w:val="7"/>
  </w:num>
  <w:num w:numId="6" w16cid:durableId="744451589">
    <w:abstractNumId w:val="3"/>
  </w:num>
  <w:num w:numId="7" w16cid:durableId="1697928479">
    <w:abstractNumId w:val="2"/>
  </w:num>
  <w:num w:numId="8" w16cid:durableId="1475174645">
    <w:abstractNumId w:val="1"/>
  </w:num>
  <w:num w:numId="9" w16cid:durableId="144055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337F9"/>
    <w:rsid w:val="006840DD"/>
    <w:rsid w:val="007F7BD6"/>
    <w:rsid w:val="00A83A4E"/>
    <w:rsid w:val="00AA1D8D"/>
    <w:rsid w:val="00B47730"/>
    <w:rsid w:val="00C80A2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3DED73"/>
  <w14:defaultImageDpi w14:val="300"/>
  <w15:docId w15:val="{1DC2BBAC-4E43-44F9-BC89-7A752526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Łakoma</cp:lastModifiedBy>
  <cp:revision>2</cp:revision>
  <dcterms:created xsi:type="dcterms:W3CDTF">2026-08-18T11:02:00Z</dcterms:created>
  <dcterms:modified xsi:type="dcterms:W3CDTF">2026-08-18T11:02:00Z</dcterms:modified>
  <cp:category/>
</cp:coreProperties>
</file>