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8269B" w14:textId="77777777" w:rsidR="00F30673" w:rsidRPr="00C91E4F" w:rsidRDefault="002A4D10">
      <w:pPr>
        <w:jc w:val="center"/>
        <w:rPr>
          <w:rFonts w:ascii="Times New Roman" w:hAnsi="Times New Roman" w:cs="Times New Roman"/>
          <w:lang w:val="pl-PL"/>
        </w:rPr>
      </w:pPr>
      <w:r w:rsidRPr="00C91E4F">
        <w:rPr>
          <w:rFonts w:ascii="Times New Roman" w:hAnsi="Times New Roman" w:cs="Times New Roman"/>
          <w:b/>
          <w:sz w:val="28"/>
          <w:lang w:val="pl-PL"/>
        </w:rPr>
        <w:t>ZAŁĄCZNIK NR 2 – OŚWIADCZENIE OFERENTA</w:t>
      </w:r>
    </w:p>
    <w:p w14:paraId="158F1787" w14:textId="77777777" w:rsidR="00C91E4F" w:rsidRPr="00C91E4F" w:rsidRDefault="00C91E4F">
      <w:pPr>
        <w:rPr>
          <w:rFonts w:ascii="Times New Roman" w:hAnsi="Times New Roman" w:cs="Times New Roman"/>
          <w:lang w:val="pl-PL"/>
        </w:rPr>
      </w:pPr>
    </w:p>
    <w:p w14:paraId="12A87189" w14:textId="77777777" w:rsidR="00C91E4F" w:rsidRPr="00C91E4F" w:rsidRDefault="00C91E4F">
      <w:pPr>
        <w:rPr>
          <w:rFonts w:ascii="Times New Roman" w:hAnsi="Times New Roman" w:cs="Times New Roman"/>
          <w:lang w:val="pl-PL"/>
        </w:rPr>
      </w:pPr>
    </w:p>
    <w:p w14:paraId="441DEE70" w14:textId="2D864241" w:rsidR="00F30673" w:rsidRPr="00C91E4F" w:rsidRDefault="002A4D10" w:rsidP="00C91E4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91E4F">
        <w:rPr>
          <w:rFonts w:ascii="Times New Roman" w:hAnsi="Times New Roman" w:cs="Times New Roman"/>
          <w:sz w:val="24"/>
          <w:szCs w:val="24"/>
          <w:lang w:val="pl-PL"/>
        </w:rPr>
        <w:t>Ja, niżej podpisany/a, w związku ze złożeniem oferty w konkursie na udzielanie świadczeń zdrowotnych oraz pełnienie funkcji Kierownika Oddziału Noworodkowego (Lekarza Kierującego Oddziałem), oświadczam, że:</w:t>
      </w:r>
    </w:p>
    <w:p w14:paraId="4B510857" w14:textId="24C09CC9" w:rsidR="00F30673" w:rsidRPr="00C91E4F" w:rsidRDefault="002A4D10" w:rsidP="00C91E4F">
      <w:pPr>
        <w:pStyle w:val="Akapitzlist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91E4F">
        <w:rPr>
          <w:rFonts w:ascii="Times New Roman" w:hAnsi="Times New Roman" w:cs="Times New Roman"/>
          <w:sz w:val="24"/>
          <w:szCs w:val="24"/>
          <w:lang w:val="pl-PL"/>
        </w:rPr>
        <w:t>zapoznałem/am się z Ogłoszeniem o konkursie ofert, Zarządzeniem Wewnętrznym nr 29</w:t>
      </w:r>
      <w:r w:rsidR="00C91E4F" w:rsidRPr="00C91E4F">
        <w:rPr>
          <w:rFonts w:ascii="Times New Roman" w:hAnsi="Times New Roman" w:cs="Times New Roman"/>
          <w:sz w:val="24"/>
          <w:szCs w:val="24"/>
          <w:lang w:val="pl-PL"/>
        </w:rPr>
        <w:t xml:space="preserve"> dyrektora SP ZOZ w Kościanie z dnia 1</w:t>
      </w:r>
      <w:r w:rsidR="00162690">
        <w:rPr>
          <w:rFonts w:ascii="Times New Roman" w:hAnsi="Times New Roman" w:cs="Times New Roman"/>
          <w:sz w:val="24"/>
          <w:szCs w:val="24"/>
          <w:lang w:val="pl-PL"/>
        </w:rPr>
        <w:t>8</w:t>
      </w:r>
      <w:r w:rsidR="00C91E4F" w:rsidRPr="00C91E4F">
        <w:rPr>
          <w:rFonts w:ascii="Times New Roman" w:hAnsi="Times New Roman" w:cs="Times New Roman"/>
          <w:sz w:val="24"/>
          <w:szCs w:val="24"/>
          <w:lang w:val="pl-PL"/>
        </w:rPr>
        <w:t>.08.2026 r.</w:t>
      </w:r>
      <w:r w:rsidRPr="00C91E4F">
        <w:rPr>
          <w:rFonts w:ascii="Times New Roman" w:hAnsi="Times New Roman" w:cs="Times New Roman"/>
          <w:sz w:val="24"/>
          <w:szCs w:val="24"/>
          <w:lang w:val="pl-PL"/>
        </w:rPr>
        <w:t xml:space="preserve"> oraz wszystkimi załącznikami do dokumentacji konkursowej;</w:t>
      </w:r>
    </w:p>
    <w:p w14:paraId="7EB9E0A5" w14:textId="3C573463" w:rsidR="00F30673" w:rsidRPr="00C91E4F" w:rsidRDefault="002A4D10" w:rsidP="00C91E4F">
      <w:pPr>
        <w:pStyle w:val="Akapitzlist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91E4F">
        <w:rPr>
          <w:rFonts w:ascii="Times New Roman" w:hAnsi="Times New Roman" w:cs="Times New Roman"/>
          <w:sz w:val="24"/>
          <w:szCs w:val="24"/>
          <w:lang w:val="pl-PL"/>
        </w:rPr>
        <w:t>zapoznałem/am się z projektem umowy stanowiącym Załącznik nr 6, rozumiem jego treść i akceptuję go bez zastrzeżeń;</w:t>
      </w:r>
    </w:p>
    <w:p w14:paraId="3BEC217D" w14:textId="18D934E8" w:rsidR="00F30673" w:rsidRPr="00C91E4F" w:rsidRDefault="002A4D10" w:rsidP="00C91E4F">
      <w:pPr>
        <w:pStyle w:val="Akapitzlist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91E4F">
        <w:rPr>
          <w:rFonts w:ascii="Times New Roman" w:hAnsi="Times New Roman" w:cs="Times New Roman"/>
          <w:sz w:val="24"/>
          <w:szCs w:val="24"/>
          <w:lang w:val="pl-PL"/>
        </w:rPr>
        <w:t xml:space="preserve">przyjmuję do wiadomości, że zmiany umowy po jej zawarciu mogą następować wyłącznie na zasadach wynikających z umowy oraz art. 27 ust. 5 ustawy </w:t>
      </w:r>
      <w:r w:rsidR="00C91E4F" w:rsidRPr="00C91E4F">
        <w:rPr>
          <w:rFonts w:ascii="Times New Roman" w:hAnsi="Times New Roman" w:cs="Times New Roman"/>
          <w:sz w:val="24"/>
          <w:szCs w:val="24"/>
          <w:lang w:val="pl-PL"/>
        </w:rPr>
        <w:t xml:space="preserve"> z dnia 15.04.2011 r. </w:t>
      </w:r>
      <w:r w:rsidRPr="00C91E4F">
        <w:rPr>
          <w:rFonts w:ascii="Times New Roman" w:hAnsi="Times New Roman" w:cs="Times New Roman"/>
          <w:sz w:val="24"/>
          <w:szCs w:val="24"/>
          <w:lang w:val="pl-PL"/>
        </w:rPr>
        <w:t>o działalności leczniczej;</w:t>
      </w:r>
    </w:p>
    <w:p w14:paraId="6CCD8283" w14:textId="75FCF97E" w:rsidR="00F30673" w:rsidRPr="00C91E4F" w:rsidRDefault="002A4D10" w:rsidP="00C91E4F">
      <w:pPr>
        <w:pStyle w:val="Akapitzlist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91E4F">
        <w:rPr>
          <w:rFonts w:ascii="Times New Roman" w:hAnsi="Times New Roman" w:cs="Times New Roman"/>
          <w:sz w:val="24"/>
          <w:szCs w:val="24"/>
          <w:lang w:val="pl-PL"/>
        </w:rPr>
        <w:t>zobowiązuję się – jeżeli moja oferta zostanie wybrana – przed rozpoczęciem realizacji umowy przejść obowiązującą w SP ZOZ w Kościanie procedurę wprowadzającą („obiegówkę”) i zapoznać się z właściwymi procedurami, standardami jakości, bezpieczeństwa pacjenta i regulacjami wewnętrznymi;</w:t>
      </w:r>
    </w:p>
    <w:p w14:paraId="2314CE15" w14:textId="6B2CC9B0" w:rsidR="00F30673" w:rsidRPr="00C91E4F" w:rsidRDefault="002A4D10" w:rsidP="00C91E4F">
      <w:pPr>
        <w:pStyle w:val="Akapitzlist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91E4F">
        <w:rPr>
          <w:rFonts w:ascii="Times New Roman" w:hAnsi="Times New Roman" w:cs="Times New Roman"/>
          <w:sz w:val="24"/>
          <w:szCs w:val="24"/>
          <w:lang w:val="pl-PL"/>
        </w:rPr>
        <w:t>wyrażam gotowość do współpracy ze SP ZOZ w Kościanie w zakresie niezbędnym do zapewnienia ciągłości świadczeń i prawidłowego funkcjonowania Oddziału.</w:t>
      </w:r>
    </w:p>
    <w:p w14:paraId="7032C415" w14:textId="77777777" w:rsidR="00F30673" w:rsidRPr="00C91E4F" w:rsidRDefault="002A4D10" w:rsidP="00C91E4F">
      <w:pPr>
        <w:spacing w:before="1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91E4F">
        <w:rPr>
          <w:rFonts w:ascii="Times New Roman" w:hAnsi="Times New Roman" w:cs="Times New Roman"/>
          <w:b/>
          <w:sz w:val="24"/>
          <w:szCs w:val="24"/>
          <w:lang w:val="pl-PL"/>
        </w:rPr>
        <w:t>Deklaracja zwiększonej dostępności</w:t>
      </w:r>
    </w:p>
    <w:p w14:paraId="66994C44" w14:textId="77777777" w:rsidR="00F30673" w:rsidRPr="00C91E4F" w:rsidRDefault="002A4D10" w:rsidP="00C91E4F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91E4F">
        <w:rPr>
          <w:rFonts w:ascii="Times New Roman" w:hAnsi="Times New Roman" w:cs="Times New Roman"/>
          <w:sz w:val="24"/>
          <w:szCs w:val="24"/>
          <w:lang w:val="pl-PL"/>
        </w:rPr>
        <w:t>Deklaruję możliwość realizowania świadczeń w dodatkowych terminach, w przypadku nieplanowanej nieobecności innych lekarzy lub zwiększonego zapotrzebowania na świadczenia, po uzgodnieniu terminu ze SP ZOZ w Kościanie:</w:t>
      </w:r>
    </w:p>
    <w:p w14:paraId="220FC99C" w14:textId="77777777" w:rsidR="00F30673" w:rsidRPr="00C91E4F" w:rsidRDefault="002A4D10">
      <w:pPr>
        <w:jc w:val="center"/>
        <w:rPr>
          <w:rFonts w:ascii="Times New Roman" w:hAnsi="Times New Roman" w:cs="Times New Roman"/>
          <w:lang w:val="pl-PL"/>
        </w:rPr>
      </w:pPr>
      <w:r w:rsidRPr="00C91E4F">
        <w:rPr>
          <w:rFonts w:ascii="Segoe UI Symbol" w:hAnsi="Segoe UI Symbol" w:cs="Segoe UI Symbol"/>
          <w:b/>
          <w:sz w:val="24"/>
          <w:lang w:val="pl-PL"/>
        </w:rPr>
        <w:t>☐</w:t>
      </w:r>
      <w:r w:rsidRPr="00C91E4F">
        <w:rPr>
          <w:rFonts w:ascii="Times New Roman" w:hAnsi="Times New Roman" w:cs="Times New Roman"/>
          <w:b/>
          <w:sz w:val="24"/>
          <w:lang w:val="pl-PL"/>
        </w:rPr>
        <w:t xml:space="preserve"> TAK        </w:t>
      </w:r>
      <w:r w:rsidRPr="00C91E4F">
        <w:rPr>
          <w:rFonts w:ascii="Segoe UI Symbol" w:hAnsi="Segoe UI Symbol" w:cs="Segoe UI Symbol"/>
          <w:b/>
          <w:sz w:val="24"/>
          <w:lang w:val="pl-PL"/>
        </w:rPr>
        <w:t>☐</w:t>
      </w:r>
      <w:r w:rsidRPr="00C91E4F">
        <w:rPr>
          <w:rFonts w:ascii="Times New Roman" w:hAnsi="Times New Roman" w:cs="Times New Roman"/>
          <w:b/>
          <w:sz w:val="24"/>
          <w:lang w:val="pl-PL"/>
        </w:rPr>
        <w:t xml:space="preserve"> NIE</w:t>
      </w:r>
    </w:p>
    <w:p w14:paraId="52B637A5" w14:textId="77777777" w:rsidR="00F30673" w:rsidRPr="00C91E4F" w:rsidRDefault="002A4D1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C91E4F">
        <w:rPr>
          <w:rFonts w:ascii="Times New Roman" w:hAnsi="Times New Roman" w:cs="Times New Roman"/>
          <w:sz w:val="24"/>
          <w:szCs w:val="24"/>
          <w:lang w:val="pl-PL"/>
        </w:rPr>
        <w:t>Jeżeli zaznaczono „TAK”, deklaracja podlega punktacji w kryterium dostępności i – w przypadku wyboru oferty – staje się zobowiązaniem umownym w zakresie określonym projektem umowy.</w:t>
      </w:r>
    </w:p>
    <w:p w14:paraId="31676E7E" w14:textId="77777777" w:rsidR="00C91E4F" w:rsidRPr="00C91E4F" w:rsidRDefault="00C91E4F" w:rsidP="00C91E4F">
      <w:pPr>
        <w:rPr>
          <w:rFonts w:ascii="Times New Roman" w:hAnsi="Times New Roman" w:cs="Times New Roman"/>
          <w:sz w:val="20"/>
          <w:lang w:val="pl-PL"/>
        </w:rPr>
      </w:pPr>
    </w:p>
    <w:p w14:paraId="648ADDB0" w14:textId="77777777" w:rsidR="00C91E4F" w:rsidRPr="00C91E4F" w:rsidRDefault="002A4D10" w:rsidP="00C91E4F">
      <w:pPr>
        <w:rPr>
          <w:rFonts w:ascii="Times New Roman" w:hAnsi="Times New Roman" w:cs="Times New Roman"/>
          <w:sz w:val="20"/>
          <w:lang w:val="pl-PL"/>
        </w:rPr>
      </w:pPr>
      <w:r w:rsidRPr="00C91E4F">
        <w:rPr>
          <w:rFonts w:ascii="Times New Roman" w:hAnsi="Times New Roman" w:cs="Times New Roman"/>
          <w:sz w:val="20"/>
          <w:lang w:val="pl-PL"/>
        </w:rPr>
        <w:t>……………………………………, dnia ………………………</w:t>
      </w:r>
      <w:r w:rsidRPr="00C91E4F">
        <w:rPr>
          <w:rFonts w:ascii="Times New Roman" w:hAnsi="Times New Roman" w:cs="Times New Roman"/>
          <w:sz w:val="20"/>
          <w:lang w:val="pl-PL"/>
        </w:rPr>
        <w:br/>
      </w:r>
      <w:r w:rsidRPr="00C91E4F">
        <w:rPr>
          <w:rFonts w:ascii="Times New Roman" w:hAnsi="Times New Roman" w:cs="Times New Roman"/>
          <w:sz w:val="20"/>
          <w:lang w:val="pl-PL"/>
        </w:rPr>
        <w:br/>
      </w:r>
    </w:p>
    <w:p w14:paraId="338183D8" w14:textId="6806B642" w:rsidR="00F30673" w:rsidRPr="00C91E4F" w:rsidRDefault="002A4D10" w:rsidP="00C91E4F">
      <w:pPr>
        <w:rPr>
          <w:rFonts w:ascii="Times New Roman" w:hAnsi="Times New Roman" w:cs="Times New Roman"/>
          <w:lang w:val="pl-PL"/>
        </w:rPr>
      </w:pPr>
      <w:r w:rsidRPr="00C91E4F">
        <w:rPr>
          <w:rFonts w:ascii="Times New Roman" w:hAnsi="Times New Roman" w:cs="Times New Roman"/>
          <w:sz w:val="20"/>
          <w:lang w:val="pl-PL"/>
        </w:rPr>
        <w:t>……………………………………………………</w:t>
      </w:r>
      <w:r w:rsidRPr="00C91E4F">
        <w:rPr>
          <w:rFonts w:ascii="Times New Roman" w:hAnsi="Times New Roman" w:cs="Times New Roman"/>
          <w:sz w:val="20"/>
          <w:lang w:val="pl-PL"/>
        </w:rPr>
        <w:br/>
        <w:t>czytelny podpis / podpis i pieczęć oferenta</w:t>
      </w:r>
    </w:p>
    <w:sectPr w:rsidR="00F30673" w:rsidRPr="00C91E4F" w:rsidSect="00034616">
      <w:footerReference w:type="default" r:id="rId8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BB703" w14:textId="77777777" w:rsidR="002A4D10" w:rsidRDefault="002A4D10">
      <w:pPr>
        <w:spacing w:after="0" w:line="240" w:lineRule="auto"/>
      </w:pPr>
      <w:r>
        <w:separator/>
      </w:r>
    </w:p>
  </w:endnote>
  <w:endnote w:type="continuationSeparator" w:id="0">
    <w:p w14:paraId="2A3F68C2" w14:textId="77777777" w:rsidR="002A4D10" w:rsidRDefault="002A4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7E0AB" w14:textId="77777777" w:rsidR="00F30673" w:rsidRDefault="002A4D10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6EBDD" w14:textId="77777777" w:rsidR="002A4D10" w:rsidRDefault="002A4D10">
      <w:pPr>
        <w:spacing w:after="0" w:line="240" w:lineRule="auto"/>
      </w:pPr>
      <w:r>
        <w:separator/>
      </w:r>
    </w:p>
  </w:footnote>
  <w:footnote w:type="continuationSeparator" w:id="0">
    <w:p w14:paraId="02D18442" w14:textId="77777777" w:rsidR="002A4D10" w:rsidRDefault="002A4D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0D3814"/>
    <w:multiLevelType w:val="hybridMultilevel"/>
    <w:tmpl w:val="058653A8"/>
    <w:lvl w:ilvl="0" w:tplc="4FB40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A750B"/>
    <w:multiLevelType w:val="hybridMultilevel"/>
    <w:tmpl w:val="E982B7C6"/>
    <w:lvl w:ilvl="0" w:tplc="796480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309916">
    <w:abstractNumId w:val="8"/>
  </w:num>
  <w:num w:numId="2" w16cid:durableId="939532158">
    <w:abstractNumId w:val="6"/>
  </w:num>
  <w:num w:numId="3" w16cid:durableId="1441100537">
    <w:abstractNumId w:val="5"/>
  </w:num>
  <w:num w:numId="4" w16cid:durableId="1172181271">
    <w:abstractNumId w:val="4"/>
  </w:num>
  <w:num w:numId="5" w16cid:durableId="649528950">
    <w:abstractNumId w:val="7"/>
  </w:num>
  <w:num w:numId="6" w16cid:durableId="185486326">
    <w:abstractNumId w:val="3"/>
  </w:num>
  <w:num w:numId="7" w16cid:durableId="1236696894">
    <w:abstractNumId w:val="2"/>
  </w:num>
  <w:num w:numId="8" w16cid:durableId="1579097106">
    <w:abstractNumId w:val="1"/>
  </w:num>
  <w:num w:numId="9" w16cid:durableId="1173447846">
    <w:abstractNumId w:val="0"/>
  </w:num>
  <w:num w:numId="10" w16cid:durableId="1902011246">
    <w:abstractNumId w:val="10"/>
  </w:num>
  <w:num w:numId="11" w16cid:durableId="19319630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2690"/>
    <w:rsid w:val="0029639D"/>
    <w:rsid w:val="002A4D10"/>
    <w:rsid w:val="00326F90"/>
    <w:rsid w:val="006840DD"/>
    <w:rsid w:val="007F7BD6"/>
    <w:rsid w:val="00AA1D8D"/>
    <w:rsid w:val="00B47730"/>
    <w:rsid w:val="00C91E4F"/>
    <w:rsid w:val="00CB0664"/>
    <w:rsid w:val="00F30673"/>
    <w:rsid w:val="00FB30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7438B0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kadry</cp:lastModifiedBy>
  <cp:revision>3</cp:revision>
  <dcterms:created xsi:type="dcterms:W3CDTF">2026-08-18T10:59:00Z</dcterms:created>
  <dcterms:modified xsi:type="dcterms:W3CDTF">2026-08-18T11:47:00Z</dcterms:modified>
  <cp:category/>
</cp:coreProperties>
</file>