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597F6" w14:textId="77777777" w:rsidR="00FC1B7E" w:rsidRPr="00597604" w:rsidRDefault="003D25EF">
      <w:pPr>
        <w:jc w:val="center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b/>
          <w:sz w:val="22"/>
          <w:lang w:val="pl-PL"/>
        </w:rPr>
        <w:t>ZAŁĄCZNIK NR 1 – FORMULARZ OFERTOWY</w:t>
      </w:r>
    </w:p>
    <w:p w14:paraId="4E03A05E" w14:textId="77777777" w:rsidR="00FC1B7E" w:rsidRPr="00597604" w:rsidRDefault="003D25EF">
      <w:pPr>
        <w:jc w:val="center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Konkurs: świadczenia zdrowotne w Oddziale Noworodkowym + funkcja Kierownika Oddziału</w:t>
      </w:r>
    </w:p>
    <w:p w14:paraId="7C2C147B" w14:textId="77777777" w:rsidR="00FC1B7E" w:rsidRPr="00597604" w:rsidRDefault="003D25EF">
      <w:pPr>
        <w:spacing w:before="160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b/>
          <w:sz w:val="22"/>
          <w:lang w:val="pl-PL"/>
        </w:rPr>
        <w:t>I. Dane oferenta</w:t>
      </w:r>
    </w:p>
    <w:p w14:paraId="421AA6D3" w14:textId="77777777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Imię i nazwisko / nazwa: ........................................................................................................................</w:t>
      </w:r>
    </w:p>
    <w:p w14:paraId="137EB51C" w14:textId="00C285D4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Nazwa firmy / praktyki: .......................................................................................</w:t>
      </w:r>
      <w:r w:rsidR="00017D84" w:rsidRPr="00597604">
        <w:rPr>
          <w:rFonts w:ascii="Times New Roman" w:hAnsi="Times New Roman" w:cs="Times New Roman"/>
          <w:sz w:val="22"/>
          <w:lang w:val="pl-PL"/>
        </w:rPr>
        <w:t>...</w:t>
      </w:r>
      <w:r w:rsidRPr="00597604">
        <w:rPr>
          <w:rFonts w:ascii="Times New Roman" w:hAnsi="Times New Roman" w:cs="Times New Roman"/>
          <w:sz w:val="22"/>
          <w:lang w:val="pl-PL"/>
        </w:rPr>
        <w:t>.................................</w:t>
      </w:r>
    </w:p>
    <w:p w14:paraId="7EF6BF72" w14:textId="77777777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Adres siedziby / praktyki: ........................................................................................................................</w:t>
      </w:r>
    </w:p>
    <w:p w14:paraId="5B1B752B" w14:textId="05E88298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Adres do korespondencji (jeżeli inny): ...........................................................................................................</w:t>
      </w:r>
      <w:r w:rsidR="00017D84" w:rsidRPr="00597604">
        <w:rPr>
          <w:rFonts w:ascii="Times New Roman" w:hAnsi="Times New Roman" w:cs="Times New Roman"/>
          <w:sz w:val="22"/>
          <w:lang w:val="pl-PL"/>
        </w:rPr>
        <w:t>..........................................</w:t>
      </w:r>
      <w:r w:rsidRPr="00597604">
        <w:rPr>
          <w:rFonts w:ascii="Times New Roman" w:hAnsi="Times New Roman" w:cs="Times New Roman"/>
          <w:sz w:val="22"/>
          <w:lang w:val="pl-PL"/>
        </w:rPr>
        <w:t>.............</w:t>
      </w:r>
    </w:p>
    <w:p w14:paraId="476ADD18" w14:textId="1B110B51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NIP: ....................................................................................................................</w:t>
      </w:r>
      <w:r w:rsidR="00017D84" w:rsidRPr="00597604">
        <w:rPr>
          <w:rFonts w:ascii="Times New Roman" w:hAnsi="Times New Roman" w:cs="Times New Roman"/>
          <w:sz w:val="22"/>
          <w:lang w:val="pl-PL"/>
        </w:rPr>
        <w:t>................................</w:t>
      </w:r>
      <w:r w:rsidRPr="00597604">
        <w:rPr>
          <w:rFonts w:ascii="Times New Roman" w:hAnsi="Times New Roman" w:cs="Times New Roman"/>
          <w:sz w:val="22"/>
          <w:lang w:val="pl-PL"/>
        </w:rPr>
        <w:t>....</w:t>
      </w:r>
    </w:p>
    <w:p w14:paraId="69B0BFD4" w14:textId="7BA9088F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REGON: .......................................................................................................</w:t>
      </w:r>
      <w:r w:rsidR="00017D84" w:rsidRPr="00597604">
        <w:rPr>
          <w:rFonts w:ascii="Times New Roman" w:hAnsi="Times New Roman" w:cs="Times New Roman"/>
          <w:sz w:val="22"/>
          <w:lang w:val="pl-PL"/>
        </w:rPr>
        <w:t>.........................</w:t>
      </w:r>
      <w:r w:rsidRPr="00597604">
        <w:rPr>
          <w:rFonts w:ascii="Times New Roman" w:hAnsi="Times New Roman" w:cs="Times New Roman"/>
          <w:sz w:val="22"/>
          <w:lang w:val="pl-PL"/>
        </w:rPr>
        <w:t>.................</w:t>
      </w:r>
    </w:p>
    <w:p w14:paraId="3CBC0740" w14:textId="77777777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PESEL (jeżeli ma zastosowanie): ........................................................................................................................</w:t>
      </w:r>
    </w:p>
    <w:p w14:paraId="146EF6EC" w14:textId="77777777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Nr wpisu do CEIDG / KRS (jeżeli dotyczy): ........................................................................................................................</w:t>
      </w:r>
    </w:p>
    <w:p w14:paraId="000378F4" w14:textId="77777777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Nr księgi RPWDL (jeżeli dotyczy): ........................................................................................................................</w:t>
      </w:r>
    </w:p>
    <w:p w14:paraId="2043EB7B" w14:textId="50C649ED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Telefon: ..........................................................................................................</w:t>
      </w:r>
    </w:p>
    <w:p w14:paraId="68AD820F" w14:textId="3643C2BE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E-mail: ............................................................................................................</w:t>
      </w:r>
    </w:p>
    <w:p w14:paraId="63635FD6" w14:textId="77777777" w:rsidR="00FC1B7E" w:rsidRPr="00597604" w:rsidRDefault="003D25EF">
      <w:pPr>
        <w:spacing w:before="160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b/>
          <w:sz w:val="22"/>
          <w:lang w:val="pl-PL"/>
        </w:rPr>
        <w:t>II. Kwalifikacje i doświadczenie</w:t>
      </w:r>
    </w:p>
    <w:p w14:paraId="766089ED" w14:textId="77777777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Nr prawa wykonywania zawodu: ........................................................................................................................</w:t>
      </w:r>
    </w:p>
    <w:p w14:paraId="70984C98" w14:textId="77777777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Specjalizacja / specjalizacje: ........................................................................................................................</w:t>
      </w:r>
    </w:p>
    <w:p w14:paraId="1DBF5B08" w14:textId="77777777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Staż pracy w zawodzie lekarza (lata): ........................................................................................................................</w:t>
      </w:r>
    </w:p>
    <w:p w14:paraId="79E53305" w14:textId="77777777" w:rsidR="00017D84" w:rsidRPr="00597604" w:rsidRDefault="00017D84">
      <w:pPr>
        <w:rPr>
          <w:rFonts w:ascii="Times New Roman" w:hAnsi="Times New Roman" w:cs="Times New Roman"/>
          <w:sz w:val="22"/>
          <w:lang w:val="pl-PL"/>
        </w:rPr>
      </w:pPr>
    </w:p>
    <w:p w14:paraId="51140677" w14:textId="550347C5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Doświadczenie w funkcjach kierowniczych/koordynacyjnych w komórkach szpitalnych (dla kryterium jakości):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62"/>
        <w:gridCol w:w="2462"/>
        <w:gridCol w:w="2462"/>
        <w:gridCol w:w="2462"/>
      </w:tblGrid>
      <w:tr w:rsidR="00FC1B7E" w:rsidRPr="00597604" w14:paraId="3AB9AF66" w14:textId="77777777">
        <w:trPr>
          <w:tblHeader/>
          <w:jc w:val="center"/>
        </w:trPr>
        <w:tc>
          <w:tcPr>
            <w:tcW w:w="2464" w:type="dxa"/>
            <w:shd w:val="clear" w:color="auto" w:fill="D9E1F2"/>
          </w:tcPr>
          <w:p w14:paraId="0848E4CA" w14:textId="77777777" w:rsidR="00FC1B7E" w:rsidRPr="00597604" w:rsidRDefault="003D25EF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597604">
              <w:rPr>
                <w:rFonts w:ascii="Times New Roman" w:hAnsi="Times New Roman" w:cs="Times New Roman"/>
                <w:sz w:val="22"/>
                <w:lang w:val="pl-PL"/>
              </w:rPr>
              <w:t>Podmiot / komórka</w:t>
            </w:r>
          </w:p>
        </w:tc>
        <w:tc>
          <w:tcPr>
            <w:tcW w:w="2464" w:type="dxa"/>
            <w:shd w:val="clear" w:color="auto" w:fill="D9E1F2"/>
          </w:tcPr>
          <w:p w14:paraId="6F7DDFE3" w14:textId="77777777" w:rsidR="00FC1B7E" w:rsidRPr="00597604" w:rsidRDefault="003D25EF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597604">
              <w:rPr>
                <w:rFonts w:ascii="Times New Roman" w:hAnsi="Times New Roman" w:cs="Times New Roman"/>
                <w:sz w:val="22"/>
                <w:lang w:val="pl-PL"/>
              </w:rPr>
              <w:t>Funkcja</w:t>
            </w:r>
          </w:p>
        </w:tc>
        <w:tc>
          <w:tcPr>
            <w:tcW w:w="2464" w:type="dxa"/>
            <w:shd w:val="clear" w:color="auto" w:fill="D9E1F2"/>
          </w:tcPr>
          <w:p w14:paraId="4B0304BF" w14:textId="77777777" w:rsidR="00FC1B7E" w:rsidRPr="00597604" w:rsidRDefault="003D25EF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597604">
              <w:rPr>
                <w:rFonts w:ascii="Times New Roman" w:hAnsi="Times New Roman" w:cs="Times New Roman"/>
                <w:sz w:val="22"/>
                <w:lang w:val="pl-PL"/>
              </w:rPr>
              <w:t>Okres od–do</w:t>
            </w:r>
          </w:p>
        </w:tc>
        <w:tc>
          <w:tcPr>
            <w:tcW w:w="2464" w:type="dxa"/>
            <w:shd w:val="clear" w:color="auto" w:fill="D9E1F2"/>
          </w:tcPr>
          <w:p w14:paraId="4DD9E1D6" w14:textId="77777777" w:rsidR="00FC1B7E" w:rsidRPr="00597604" w:rsidRDefault="003D25EF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597604">
              <w:rPr>
                <w:rFonts w:ascii="Times New Roman" w:hAnsi="Times New Roman" w:cs="Times New Roman"/>
                <w:sz w:val="22"/>
                <w:lang w:val="pl-PL"/>
              </w:rPr>
              <w:t>Liczba miesięcy</w:t>
            </w:r>
          </w:p>
        </w:tc>
      </w:tr>
      <w:tr w:rsidR="00FC1B7E" w:rsidRPr="00597604" w14:paraId="3B6207A5" w14:textId="77777777">
        <w:trPr>
          <w:jc w:val="center"/>
        </w:trPr>
        <w:tc>
          <w:tcPr>
            <w:tcW w:w="2464" w:type="dxa"/>
          </w:tcPr>
          <w:p w14:paraId="008AC209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66428EE9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227170F7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75077D62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FC1B7E" w:rsidRPr="00597604" w14:paraId="553008E1" w14:textId="77777777">
        <w:trPr>
          <w:jc w:val="center"/>
        </w:trPr>
        <w:tc>
          <w:tcPr>
            <w:tcW w:w="2464" w:type="dxa"/>
          </w:tcPr>
          <w:p w14:paraId="3ACC2646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44E52365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258BBCF9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7CDD69C8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FC1B7E" w:rsidRPr="00597604" w14:paraId="0F24D33F" w14:textId="77777777">
        <w:trPr>
          <w:jc w:val="center"/>
        </w:trPr>
        <w:tc>
          <w:tcPr>
            <w:tcW w:w="2464" w:type="dxa"/>
          </w:tcPr>
          <w:p w14:paraId="2ED176E2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34CA7918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56946203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1580F432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</w:tbl>
    <w:p w14:paraId="7BF21EA2" w14:textId="77777777" w:rsidR="00017D84" w:rsidRPr="00597604" w:rsidRDefault="00017D84">
      <w:pPr>
        <w:rPr>
          <w:rFonts w:ascii="Times New Roman" w:hAnsi="Times New Roman" w:cs="Times New Roman"/>
          <w:sz w:val="22"/>
          <w:lang w:val="pl-PL"/>
        </w:rPr>
      </w:pPr>
    </w:p>
    <w:p w14:paraId="12C8CA64" w14:textId="6092D494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Doświadczenie ciągłe w udzielaniu świadczeń szpitalnych w neonatologii/pediatrii w ostatnich 36 miesiącach (dla kryterium ciągłości):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62"/>
        <w:gridCol w:w="2462"/>
        <w:gridCol w:w="2462"/>
        <w:gridCol w:w="2462"/>
      </w:tblGrid>
      <w:tr w:rsidR="00FC1B7E" w:rsidRPr="00597604" w14:paraId="5F9D2051" w14:textId="77777777">
        <w:trPr>
          <w:tblHeader/>
          <w:jc w:val="center"/>
        </w:trPr>
        <w:tc>
          <w:tcPr>
            <w:tcW w:w="2464" w:type="dxa"/>
            <w:shd w:val="clear" w:color="auto" w:fill="D9E1F2"/>
          </w:tcPr>
          <w:p w14:paraId="3C092224" w14:textId="77777777" w:rsidR="00FC1B7E" w:rsidRPr="00597604" w:rsidRDefault="003D25EF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597604">
              <w:rPr>
                <w:rFonts w:ascii="Times New Roman" w:hAnsi="Times New Roman" w:cs="Times New Roman"/>
                <w:sz w:val="22"/>
                <w:lang w:val="pl-PL"/>
              </w:rPr>
              <w:t>Podmiot / oddział</w:t>
            </w:r>
          </w:p>
        </w:tc>
        <w:tc>
          <w:tcPr>
            <w:tcW w:w="2464" w:type="dxa"/>
            <w:shd w:val="clear" w:color="auto" w:fill="D9E1F2"/>
          </w:tcPr>
          <w:p w14:paraId="456F8151" w14:textId="77777777" w:rsidR="00FC1B7E" w:rsidRPr="00597604" w:rsidRDefault="003D25EF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597604">
              <w:rPr>
                <w:rFonts w:ascii="Times New Roman" w:hAnsi="Times New Roman" w:cs="Times New Roman"/>
                <w:sz w:val="22"/>
                <w:lang w:val="pl-PL"/>
              </w:rPr>
              <w:t>Zakres świadczeń</w:t>
            </w:r>
          </w:p>
        </w:tc>
        <w:tc>
          <w:tcPr>
            <w:tcW w:w="2464" w:type="dxa"/>
            <w:shd w:val="clear" w:color="auto" w:fill="D9E1F2"/>
          </w:tcPr>
          <w:p w14:paraId="61C0C9C7" w14:textId="77777777" w:rsidR="00FC1B7E" w:rsidRPr="00597604" w:rsidRDefault="003D25EF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597604">
              <w:rPr>
                <w:rFonts w:ascii="Times New Roman" w:hAnsi="Times New Roman" w:cs="Times New Roman"/>
                <w:sz w:val="22"/>
                <w:lang w:val="pl-PL"/>
              </w:rPr>
              <w:t>Okres od–do</w:t>
            </w:r>
          </w:p>
        </w:tc>
        <w:tc>
          <w:tcPr>
            <w:tcW w:w="2464" w:type="dxa"/>
            <w:shd w:val="clear" w:color="auto" w:fill="D9E1F2"/>
          </w:tcPr>
          <w:p w14:paraId="3C09D0D4" w14:textId="77777777" w:rsidR="00FC1B7E" w:rsidRPr="00597604" w:rsidRDefault="003D25EF">
            <w:pPr>
              <w:rPr>
                <w:rFonts w:ascii="Times New Roman" w:hAnsi="Times New Roman" w:cs="Times New Roman"/>
                <w:sz w:val="22"/>
                <w:lang w:val="pl-PL"/>
              </w:rPr>
            </w:pPr>
            <w:r w:rsidRPr="00597604">
              <w:rPr>
                <w:rFonts w:ascii="Times New Roman" w:hAnsi="Times New Roman" w:cs="Times New Roman"/>
                <w:sz w:val="22"/>
                <w:lang w:val="pl-PL"/>
              </w:rPr>
              <w:t>Liczba miesięcy ciągłych</w:t>
            </w:r>
          </w:p>
        </w:tc>
      </w:tr>
      <w:tr w:rsidR="00FC1B7E" w:rsidRPr="00597604" w14:paraId="66A475E6" w14:textId="77777777">
        <w:trPr>
          <w:jc w:val="center"/>
        </w:trPr>
        <w:tc>
          <w:tcPr>
            <w:tcW w:w="2464" w:type="dxa"/>
          </w:tcPr>
          <w:p w14:paraId="29EDB252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1EDEC709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6386768A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387E76E8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FC1B7E" w:rsidRPr="00597604" w14:paraId="71B3F077" w14:textId="77777777">
        <w:trPr>
          <w:jc w:val="center"/>
        </w:trPr>
        <w:tc>
          <w:tcPr>
            <w:tcW w:w="2464" w:type="dxa"/>
          </w:tcPr>
          <w:p w14:paraId="4E4BEDAB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51E98F4A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082ADF61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6FC84961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  <w:tr w:rsidR="00FC1B7E" w:rsidRPr="00597604" w14:paraId="479AEC9D" w14:textId="77777777">
        <w:trPr>
          <w:jc w:val="center"/>
        </w:trPr>
        <w:tc>
          <w:tcPr>
            <w:tcW w:w="2464" w:type="dxa"/>
          </w:tcPr>
          <w:p w14:paraId="1F1D0A88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3829BC47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3428C477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  <w:tc>
          <w:tcPr>
            <w:tcW w:w="2464" w:type="dxa"/>
          </w:tcPr>
          <w:p w14:paraId="1B05C673" w14:textId="77777777" w:rsidR="00FC1B7E" w:rsidRPr="00597604" w:rsidRDefault="00FC1B7E">
            <w:pPr>
              <w:rPr>
                <w:rFonts w:ascii="Times New Roman" w:hAnsi="Times New Roman" w:cs="Times New Roman"/>
                <w:sz w:val="22"/>
                <w:lang w:val="pl-PL"/>
              </w:rPr>
            </w:pPr>
          </w:p>
        </w:tc>
      </w:tr>
    </w:tbl>
    <w:p w14:paraId="1D741DC7" w14:textId="77777777" w:rsidR="00FC1B7E" w:rsidRPr="00597604" w:rsidRDefault="003D25EF">
      <w:pPr>
        <w:spacing w:before="160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b/>
          <w:sz w:val="22"/>
          <w:lang w:val="pl-PL"/>
        </w:rPr>
        <w:t>III. Oferta cenowa</w:t>
      </w:r>
    </w:p>
    <w:p w14:paraId="45BD8F70" w14:textId="10745964" w:rsidR="00FC1B7E" w:rsidRPr="00597604" w:rsidRDefault="003D25EF" w:rsidP="00017D84">
      <w:pPr>
        <w:jc w:val="both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 xml:space="preserve">Miesięczny ryczałt za </w:t>
      </w:r>
      <w:r w:rsidR="00017D84" w:rsidRPr="00597604">
        <w:rPr>
          <w:rFonts w:ascii="Times New Roman" w:hAnsi="Times New Roman" w:cs="Times New Roman"/>
          <w:sz w:val="22"/>
          <w:lang w:val="pl-PL"/>
        </w:rPr>
        <w:t>osobiste udzielanie świadczeń zdrowotnych</w:t>
      </w:r>
      <w:r w:rsidR="00017D84" w:rsidRPr="00597604">
        <w:rPr>
          <w:rFonts w:ascii="Times New Roman" w:hAnsi="Times New Roman" w:cs="Times New Roman"/>
          <w:sz w:val="22"/>
          <w:lang w:val="pl-PL"/>
        </w:rPr>
        <w:t xml:space="preserve"> i </w:t>
      </w:r>
      <w:r w:rsidRPr="00597604">
        <w:rPr>
          <w:rFonts w:ascii="Times New Roman" w:hAnsi="Times New Roman" w:cs="Times New Roman"/>
          <w:sz w:val="22"/>
          <w:lang w:val="pl-PL"/>
        </w:rPr>
        <w:t>pełnienie funkcji Kierownika Oddziału Noworodkowego (Lekarza Kierującego Oddziałem): ........................................ zł brutto miesięcznie.</w:t>
      </w:r>
    </w:p>
    <w:p w14:paraId="4890C104" w14:textId="77777777" w:rsidR="00017D84" w:rsidRPr="00597604" w:rsidRDefault="00017D84">
      <w:pPr>
        <w:rPr>
          <w:rFonts w:ascii="Times New Roman" w:hAnsi="Times New Roman" w:cs="Times New Roman"/>
          <w:sz w:val="22"/>
          <w:lang w:val="pl-PL"/>
        </w:rPr>
      </w:pPr>
    </w:p>
    <w:p w14:paraId="14348E69" w14:textId="66B3712C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lastRenderedPageBreak/>
        <w:t>Oświadczam, że powyższ</w:t>
      </w:r>
      <w:r w:rsidR="00017D84" w:rsidRPr="00597604">
        <w:rPr>
          <w:rFonts w:ascii="Times New Roman" w:hAnsi="Times New Roman" w:cs="Times New Roman"/>
          <w:sz w:val="22"/>
          <w:lang w:val="pl-PL"/>
        </w:rPr>
        <w:t>a</w:t>
      </w:r>
      <w:r w:rsidRPr="00597604">
        <w:rPr>
          <w:rFonts w:ascii="Times New Roman" w:hAnsi="Times New Roman" w:cs="Times New Roman"/>
          <w:sz w:val="22"/>
          <w:lang w:val="pl-PL"/>
        </w:rPr>
        <w:t xml:space="preserve"> kwot</w:t>
      </w:r>
      <w:r w:rsidR="00017D84" w:rsidRPr="00597604">
        <w:rPr>
          <w:rFonts w:ascii="Times New Roman" w:hAnsi="Times New Roman" w:cs="Times New Roman"/>
          <w:sz w:val="22"/>
          <w:lang w:val="pl-PL"/>
        </w:rPr>
        <w:t>a</w:t>
      </w:r>
      <w:r w:rsidRPr="00597604">
        <w:rPr>
          <w:rFonts w:ascii="Times New Roman" w:hAnsi="Times New Roman" w:cs="Times New Roman"/>
          <w:sz w:val="22"/>
          <w:lang w:val="pl-PL"/>
        </w:rPr>
        <w:t xml:space="preserve"> obejmuj</w:t>
      </w:r>
      <w:r w:rsidR="00017D84" w:rsidRPr="00597604">
        <w:rPr>
          <w:rFonts w:ascii="Times New Roman" w:hAnsi="Times New Roman" w:cs="Times New Roman"/>
          <w:sz w:val="22"/>
          <w:lang w:val="pl-PL"/>
        </w:rPr>
        <w:t>e</w:t>
      </w:r>
      <w:r w:rsidRPr="00597604">
        <w:rPr>
          <w:rFonts w:ascii="Times New Roman" w:hAnsi="Times New Roman" w:cs="Times New Roman"/>
          <w:sz w:val="22"/>
          <w:lang w:val="pl-PL"/>
        </w:rPr>
        <w:t xml:space="preserve"> wszystkie należności publicznoprawne obciążające oferenta; sposób opodatkowania faktury będzie wynikał z obowiązujących przepisów.</w:t>
      </w:r>
    </w:p>
    <w:p w14:paraId="3F481A00" w14:textId="6BCCEFB3" w:rsidR="00FC1B7E" w:rsidRPr="00597604" w:rsidRDefault="003D25EF">
      <w:pPr>
        <w:spacing w:before="160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b/>
          <w:sz w:val="22"/>
          <w:lang w:val="pl-PL"/>
        </w:rPr>
        <w:t xml:space="preserve">IV. Informacje do kryteriów </w:t>
      </w:r>
      <w:proofErr w:type="spellStart"/>
      <w:r w:rsidRPr="00597604">
        <w:rPr>
          <w:rFonts w:ascii="Times New Roman" w:hAnsi="Times New Roman" w:cs="Times New Roman"/>
          <w:b/>
          <w:sz w:val="22"/>
          <w:lang w:val="pl-PL"/>
        </w:rPr>
        <w:t>pozacenowych</w:t>
      </w:r>
      <w:proofErr w:type="spellEnd"/>
      <w:r w:rsidR="00017D84" w:rsidRPr="00597604">
        <w:rPr>
          <w:rFonts w:ascii="Times New Roman" w:hAnsi="Times New Roman" w:cs="Times New Roman"/>
          <w:b/>
          <w:sz w:val="22"/>
          <w:lang w:val="pl-PL"/>
        </w:rPr>
        <w:t xml:space="preserve"> (odpowiedź zaznacz x)</w:t>
      </w:r>
    </w:p>
    <w:p w14:paraId="4C1A5342" w14:textId="33C082A2" w:rsidR="00FC1B7E" w:rsidRPr="00597604" w:rsidRDefault="003D25EF" w:rsidP="00017D84">
      <w:pPr>
        <w:pStyle w:val="Akapitzlist"/>
        <w:numPr>
          <w:ilvl w:val="0"/>
          <w:numId w:val="10"/>
        </w:numPr>
        <w:ind w:left="284"/>
        <w:rPr>
          <w:rFonts w:ascii="Times New Roman" w:hAnsi="Times New Roman" w:cs="Times New Roman"/>
          <w:b/>
          <w:bCs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 xml:space="preserve">Posiadam tytuł specjalisty w neonatologii:  </w:t>
      </w:r>
      <w:r w:rsidRPr="00597604">
        <w:rPr>
          <w:rFonts w:ascii="Segoe UI Symbol" w:hAnsi="Segoe UI Symbol" w:cs="Segoe UI Symbol"/>
          <w:b/>
          <w:bCs/>
          <w:sz w:val="22"/>
          <w:lang w:val="pl-PL"/>
        </w:rPr>
        <w:t>☐</w:t>
      </w:r>
      <w:r w:rsidRPr="00597604">
        <w:rPr>
          <w:rFonts w:ascii="Times New Roman" w:hAnsi="Times New Roman" w:cs="Times New Roman"/>
          <w:b/>
          <w:bCs/>
          <w:sz w:val="22"/>
          <w:lang w:val="pl-PL"/>
        </w:rPr>
        <w:t xml:space="preserve"> TAK   </w:t>
      </w:r>
      <w:r w:rsidRPr="00597604">
        <w:rPr>
          <w:rFonts w:ascii="Segoe UI Symbol" w:hAnsi="Segoe UI Symbol" w:cs="Segoe UI Symbol"/>
          <w:b/>
          <w:bCs/>
          <w:sz w:val="22"/>
          <w:lang w:val="pl-PL"/>
        </w:rPr>
        <w:t>☐</w:t>
      </w:r>
      <w:r w:rsidRPr="00597604">
        <w:rPr>
          <w:rFonts w:ascii="Times New Roman" w:hAnsi="Times New Roman" w:cs="Times New Roman"/>
          <w:b/>
          <w:bCs/>
          <w:sz w:val="22"/>
          <w:lang w:val="pl-PL"/>
        </w:rPr>
        <w:t xml:space="preserve"> NIE</w:t>
      </w:r>
    </w:p>
    <w:p w14:paraId="28F8DBFA" w14:textId="1DFE9D8F" w:rsidR="00FC1B7E" w:rsidRPr="00597604" w:rsidRDefault="003D25EF" w:rsidP="00017D84">
      <w:pPr>
        <w:pStyle w:val="Akapitzlist"/>
        <w:numPr>
          <w:ilvl w:val="0"/>
          <w:numId w:val="10"/>
        </w:numPr>
        <w:ind w:left="284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Posiadam tytuł specjalisty w pediatrii</w:t>
      </w:r>
      <w:r w:rsidRPr="00597604">
        <w:rPr>
          <w:rFonts w:ascii="Times New Roman" w:hAnsi="Times New Roman" w:cs="Times New Roman"/>
          <w:b/>
          <w:bCs/>
          <w:sz w:val="22"/>
          <w:lang w:val="pl-PL"/>
        </w:rPr>
        <w:t xml:space="preserve">:       </w:t>
      </w:r>
      <w:r w:rsidRPr="00597604">
        <w:rPr>
          <w:rFonts w:ascii="Segoe UI Symbol" w:hAnsi="Segoe UI Symbol" w:cs="Segoe UI Symbol"/>
          <w:b/>
          <w:bCs/>
          <w:sz w:val="22"/>
          <w:lang w:val="pl-PL"/>
        </w:rPr>
        <w:t>☐</w:t>
      </w:r>
      <w:r w:rsidRPr="00597604">
        <w:rPr>
          <w:rFonts w:ascii="Times New Roman" w:hAnsi="Times New Roman" w:cs="Times New Roman"/>
          <w:b/>
          <w:bCs/>
          <w:sz w:val="22"/>
          <w:lang w:val="pl-PL"/>
        </w:rPr>
        <w:t xml:space="preserve"> TAK   </w:t>
      </w:r>
      <w:r w:rsidRPr="00597604">
        <w:rPr>
          <w:rFonts w:ascii="Segoe UI Symbol" w:hAnsi="Segoe UI Symbol" w:cs="Segoe UI Symbol"/>
          <w:b/>
          <w:bCs/>
          <w:sz w:val="22"/>
          <w:lang w:val="pl-PL"/>
        </w:rPr>
        <w:t>☐</w:t>
      </w:r>
      <w:r w:rsidRPr="00597604">
        <w:rPr>
          <w:rFonts w:ascii="Times New Roman" w:hAnsi="Times New Roman" w:cs="Times New Roman"/>
          <w:b/>
          <w:bCs/>
          <w:sz w:val="22"/>
          <w:lang w:val="pl-PL"/>
        </w:rPr>
        <w:t xml:space="preserve"> NIE</w:t>
      </w:r>
    </w:p>
    <w:p w14:paraId="6E1BC6DB" w14:textId="7C18D8E2" w:rsidR="00FC1B7E" w:rsidRPr="00597604" w:rsidRDefault="003D25EF" w:rsidP="00017D84">
      <w:pPr>
        <w:pStyle w:val="Akapitzlist"/>
        <w:numPr>
          <w:ilvl w:val="0"/>
          <w:numId w:val="10"/>
        </w:numPr>
        <w:ind w:left="284"/>
        <w:rPr>
          <w:rFonts w:ascii="Times New Roman" w:hAnsi="Times New Roman" w:cs="Times New Roman"/>
          <w:b/>
          <w:bCs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Posiadam co najmniej 24 miesiące doświadczenia w ostatnich 5 latach w funkcji kierowniczej lub koordynacyjnej w komórce szpitalnej</w:t>
      </w:r>
      <w:r w:rsidRPr="00597604">
        <w:rPr>
          <w:rFonts w:ascii="Times New Roman" w:hAnsi="Times New Roman" w:cs="Times New Roman"/>
          <w:b/>
          <w:bCs/>
          <w:sz w:val="22"/>
          <w:lang w:val="pl-PL"/>
        </w:rPr>
        <w:t xml:space="preserve">:  </w:t>
      </w:r>
      <w:r w:rsidRPr="00597604">
        <w:rPr>
          <w:rFonts w:ascii="Segoe UI Symbol" w:hAnsi="Segoe UI Symbol" w:cs="Segoe UI Symbol"/>
          <w:b/>
          <w:bCs/>
          <w:sz w:val="22"/>
          <w:lang w:val="pl-PL"/>
        </w:rPr>
        <w:t>☐</w:t>
      </w:r>
      <w:r w:rsidRPr="00597604">
        <w:rPr>
          <w:rFonts w:ascii="Times New Roman" w:hAnsi="Times New Roman" w:cs="Times New Roman"/>
          <w:b/>
          <w:bCs/>
          <w:sz w:val="22"/>
          <w:lang w:val="pl-PL"/>
        </w:rPr>
        <w:t xml:space="preserve"> TAK   </w:t>
      </w:r>
      <w:r w:rsidRPr="00597604">
        <w:rPr>
          <w:rFonts w:ascii="Segoe UI Symbol" w:hAnsi="Segoe UI Symbol" w:cs="Segoe UI Symbol"/>
          <w:b/>
          <w:bCs/>
          <w:sz w:val="22"/>
          <w:lang w:val="pl-PL"/>
        </w:rPr>
        <w:t>☐</w:t>
      </w:r>
      <w:r w:rsidRPr="00597604">
        <w:rPr>
          <w:rFonts w:ascii="Times New Roman" w:hAnsi="Times New Roman" w:cs="Times New Roman"/>
          <w:b/>
          <w:bCs/>
          <w:sz w:val="22"/>
          <w:lang w:val="pl-PL"/>
        </w:rPr>
        <w:t xml:space="preserve"> NIE</w:t>
      </w:r>
    </w:p>
    <w:p w14:paraId="7C071B58" w14:textId="77777777" w:rsidR="00017D84" w:rsidRPr="00597604" w:rsidRDefault="003D25EF" w:rsidP="00017D84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b/>
          <w:bCs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 xml:space="preserve">Deklaruję zwiększoną dostępność w dodatkowych terminach w przypadku nieplanowanej absencji innych lekarzy lub zwiększonego zapotrzebowania na świadczenia, po uzgodnieniu terminu z SP ZOZ w Kościanie: </w:t>
      </w:r>
    </w:p>
    <w:p w14:paraId="3AA8B2E0" w14:textId="4E6E6435" w:rsidR="00FC1B7E" w:rsidRPr="00597604" w:rsidRDefault="003D25EF" w:rsidP="00017D84">
      <w:pPr>
        <w:pStyle w:val="Akapitzlist"/>
        <w:ind w:left="284"/>
        <w:jc w:val="both"/>
        <w:rPr>
          <w:rFonts w:ascii="Times New Roman" w:hAnsi="Times New Roman" w:cs="Times New Roman"/>
          <w:b/>
          <w:bCs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 xml:space="preserve"> </w:t>
      </w:r>
      <w:r w:rsidRPr="00597604">
        <w:rPr>
          <w:rFonts w:ascii="Segoe UI Symbol" w:hAnsi="Segoe UI Symbol" w:cs="Segoe UI Symbol"/>
          <w:b/>
          <w:bCs/>
          <w:sz w:val="22"/>
          <w:lang w:val="pl-PL"/>
        </w:rPr>
        <w:t>☐</w:t>
      </w:r>
      <w:r w:rsidRPr="00597604">
        <w:rPr>
          <w:rFonts w:ascii="Times New Roman" w:hAnsi="Times New Roman" w:cs="Times New Roman"/>
          <w:b/>
          <w:bCs/>
          <w:sz w:val="22"/>
          <w:lang w:val="pl-PL"/>
        </w:rPr>
        <w:t xml:space="preserve"> TAK   </w:t>
      </w:r>
      <w:r w:rsidRPr="00597604">
        <w:rPr>
          <w:rFonts w:ascii="Segoe UI Symbol" w:hAnsi="Segoe UI Symbol" w:cs="Segoe UI Symbol"/>
          <w:b/>
          <w:bCs/>
          <w:sz w:val="22"/>
          <w:lang w:val="pl-PL"/>
        </w:rPr>
        <w:t>☐</w:t>
      </w:r>
      <w:r w:rsidRPr="00597604">
        <w:rPr>
          <w:rFonts w:ascii="Times New Roman" w:hAnsi="Times New Roman" w:cs="Times New Roman"/>
          <w:b/>
          <w:bCs/>
          <w:sz w:val="22"/>
          <w:lang w:val="pl-PL"/>
        </w:rPr>
        <w:t xml:space="preserve"> NIE</w:t>
      </w:r>
    </w:p>
    <w:p w14:paraId="74E303D4" w14:textId="47EEB39F" w:rsidR="00FC1B7E" w:rsidRPr="00597604" w:rsidRDefault="003D25EF" w:rsidP="00017D84">
      <w:pPr>
        <w:pStyle w:val="Akapitzlist"/>
        <w:numPr>
          <w:ilvl w:val="0"/>
          <w:numId w:val="10"/>
        </w:numPr>
        <w:ind w:left="284"/>
        <w:jc w:val="both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Łączny nieprzerwany okres świadczeń szpitalnych w neonatologii/pediatrii w ostatnich 36 miesiącach: …………… miesięcy.</w:t>
      </w:r>
    </w:p>
    <w:p w14:paraId="4416CEA8" w14:textId="37F17E36" w:rsidR="00FC1B7E" w:rsidRPr="00597604" w:rsidRDefault="003D25EF">
      <w:pPr>
        <w:spacing w:before="160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b/>
          <w:sz w:val="22"/>
          <w:lang w:val="pl-PL"/>
        </w:rPr>
        <w:t>V. Oświadczenia</w:t>
      </w:r>
      <w:r w:rsidR="00017D84" w:rsidRPr="00597604">
        <w:rPr>
          <w:rFonts w:ascii="Times New Roman" w:hAnsi="Times New Roman" w:cs="Times New Roman"/>
          <w:b/>
          <w:sz w:val="22"/>
          <w:lang w:val="pl-PL"/>
        </w:rPr>
        <w:t xml:space="preserve"> (odpowiedź zaznacz x) </w:t>
      </w:r>
    </w:p>
    <w:p w14:paraId="3A02D993" w14:textId="2E2CAAEF" w:rsidR="00FC1B7E" w:rsidRPr="00597604" w:rsidRDefault="003D25EF" w:rsidP="00017D8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Zapoznałem/</w:t>
      </w:r>
      <w:proofErr w:type="spellStart"/>
      <w:r w:rsidRPr="00597604">
        <w:rPr>
          <w:rFonts w:ascii="Times New Roman" w:hAnsi="Times New Roman" w:cs="Times New Roman"/>
          <w:sz w:val="22"/>
          <w:lang w:val="pl-PL"/>
        </w:rPr>
        <w:t>am</w:t>
      </w:r>
      <w:proofErr w:type="spellEnd"/>
      <w:r w:rsidRPr="00597604">
        <w:rPr>
          <w:rFonts w:ascii="Times New Roman" w:hAnsi="Times New Roman" w:cs="Times New Roman"/>
          <w:sz w:val="22"/>
          <w:lang w:val="pl-PL"/>
        </w:rPr>
        <w:t xml:space="preserve"> się z Ogłoszeniem, Zarządzeniem nr 29, kryteriami oceny ofert i projektem umowy; akceptuję projekt umowy bez zastrzeżeń.</w:t>
      </w:r>
    </w:p>
    <w:p w14:paraId="1A61AE60" w14:textId="1B5519C9" w:rsidR="00FC1B7E" w:rsidRPr="00597604" w:rsidRDefault="003D25EF" w:rsidP="00017D8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Oferuję realizację całości przedmiotu zamówienia na warunkach określonych w dokumentacji konkursowej.</w:t>
      </w:r>
    </w:p>
    <w:p w14:paraId="306B67C7" w14:textId="46EE8FFD" w:rsidR="00FC1B7E" w:rsidRPr="00597604" w:rsidRDefault="003D25EF" w:rsidP="00017D8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Dane i dokumenty złożone z ofertą są zgodne z aktualnym stanem faktycznym i prawnym.</w:t>
      </w:r>
    </w:p>
    <w:p w14:paraId="2378FB09" w14:textId="05AA69BB" w:rsidR="00FC1B7E" w:rsidRPr="00597604" w:rsidRDefault="003D25EF" w:rsidP="00017D8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Posiadam wymagane kwalifikacje do udzielania świadczeń objętych konkursem i zobowiązuję się utrzymywać je przez okres obowiązywania umowy.</w:t>
      </w:r>
    </w:p>
    <w:p w14:paraId="73435585" w14:textId="1CD79D85" w:rsidR="00FC1B7E" w:rsidRPr="00597604" w:rsidRDefault="003D25EF" w:rsidP="00017D8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Posiadam / najpóźniej przed rozpoczęciem realizacji umowy przedłożę obowiązkowe ubezpieczenie OC obejmujące przedmiot umowy i będę utrzymywać ciągłość ochrony ubezpieczeniowej.</w:t>
      </w:r>
    </w:p>
    <w:p w14:paraId="7934B391" w14:textId="4563FC50" w:rsidR="00FC1B7E" w:rsidRPr="00597604" w:rsidRDefault="003D25EF" w:rsidP="00017D8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Nie złożyłem/</w:t>
      </w:r>
      <w:proofErr w:type="spellStart"/>
      <w:r w:rsidRPr="00597604">
        <w:rPr>
          <w:rFonts w:ascii="Times New Roman" w:hAnsi="Times New Roman" w:cs="Times New Roman"/>
          <w:sz w:val="22"/>
          <w:lang w:val="pl-PL"/>
        </w:rPr>
        <w:t>am</w:t>
      </w:r>
      <w:proofErr w:type="spellEnd"/>
      <w:r w:rsidRPr="00597604">
        <w:rPr>
          <w:rFonts w:ascii="Times New Roman" w:hAnsi="Times New Roman" w:cs="Times New Roman"/>
          <w:sz w:val="22"/>
          <w:lang w:val="pl-PL"/>
        </w:rPr>
        <w:t xml:space="preserve"> oferty alternatywnej ani częściowej.</w:t>
      </w:r>
    </w:p>
    <w:p w14:paraId="75D9C360" w14:textId="75E1AE6E" w:rsidR="00FC1B7E" w:rsidRPr="00597604" w:rsidRDefault="003D25EF" w:rsidP="00017D8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W okresie 5 lat poprzedzających ogłoszenie postępowania nie została ze mną rozwiązana przez NFZ bez zachowania okresu wypowiedzenia, z przyczyn leżących po mojej stronie, umowa w zakresie lub rodzaju odpowiadającym przedmiotowi konkursu – o ile przesłanka ta ma do mnie zastosowanie.</w:t>
      </w:r>
    </w:p>
    <w:p w14:paraId="3E2923E6" w14:textId="4F916CC4" w:rsidR="00FC1B7E" w:rsidRPr="00597604" w:rsidRDefault="003D25EF" w:rsidP="00017D84">
      <w:pPr>
        <w:pStyle w:val="Akapitzlist"/>
        <w:numPr>
          <w:ilvl w:val="0"/>
          <w:numId w:val="11"/>
        </w:numPr>
        <w:jc w:val="both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Zobowiązuję się do poddania kontroli SP ZOZ w Kościanie, NFZ oraz innych uprawnionych organów w zakresie przewidzianym przepisami prawa i umową.</w:t>
      </w:r>
    </w:p>
    <w:p w14:paraId="64FBFE50" w14:textId="77777777" w:rsidR="00017D84" w:rsidRPr="00597604" w:rsidRDefault="003D25EF" w:rsidP="00017D84">
      <w:pPr>
        <w:spacing w:before="160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b/>
          <w:sz w:val="22"/>
          <w:lang w:val="pl-PL"/>
        </w:rPr>
        <w:t>VI. Dokumenty znajdujące się już w posiadaniu SP ZOZ w Kościanie</w:t>
      </w:r>
      <w:r w:rsidR="00017D84" w:rsidRPr="00597604">
        <w:rPr>
          <w:rFonts w:ascii="Times New Roman" w:hAnsi="Times New Roman" w:cs="Times New Roman"/>
          <w:b/>
          <w:sz w:val="22"/>
          <w:lang w:val="pl-PL"/>
        </w:rPr>
        <w:t xml:space="preserve"> </w:t>
      </w:r>
      <w:r w:rsidR="00017D84" w:rsidRPr="00597604">
        <w:rPr>
          <w:rFonts w:ascii="Times New Roman" w:hAnsi="Times New Roman" w:cs="Times New Roman"/>
          <w:b/>
          <w:sz w:val="22"/>
          <w:lang w:val="pl-PL"/>
        </w:rPr>
        <w:t xml:space="preserve">(odpowiedź zaznacz x) </w:t>
      </w:r>
    </w:p>
    <w:p w14:paraId="4B985AD0" w14:textId="77777777" w:rsidR="00FC1B7E" w:rsidRPr="00597604" w:rsidRDefault="003D25EF">
      <w:p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Jeżeli dotyczy, wskazuję dokumenty nadal aktualne, które znajdują się w posiadaniu SP ZOZ w Kościanie i proszę o wykorzystanie ich w niniejszym postępowaniu:</w:t>
      </w:r>
    </w:p>
    <w:p w14:paraId="6529338F" w14:textId="0652EB00" w:rsidR="00017D84" w:rsidRPr="00597604" w:rsidRDefault="00017D84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/>
          <w:bCs/>
          <w:sz w:val="22"/>
          <w:lang w:val="pl-PL"/>
        </w:rPr>
        <w:t>dyplomu ukończenia uczelni medycznej</w:t>
      </w:r>
    </w:p>
    <w:p w14:paraId="2EE0ABDD" w14:textId="7140FCA5" w:rsidR="00FC1B7E" w:rsidRPr="00597604" w:rsidRDefault="003D25EF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PWZ</w:t>
      </w:r>
    </w:p>
    <w:p w14:paraId="1221278D" w14:textId="77777777" w:rsidR="00597604" w:rsidRPr="00597604" w:rsidRDefault="003D25EF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dyplom specjalizacji</w:t>
      </w:r>
    </w:p>
    <w:p w14:paraId="4BF87979" w14:textId="17D89F6D" w:rsidR="00597604" w:rsidRPr="00597604" w:rsidRDefault="00597604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/>
          <w:bCs/>
          <w:sz w:val="22"/>
          <w:lang w:val="pl-PL"/>
        </w:rPr>
        <w:t>dokumentów potwierdzających dodatkowe umiejętności i kwalifikacje</w:t>
      </w:r>
    </w:p>
    <w:p w14:paraId="0E28E496" w14:textId="0D79BBAA" w:rsidR="00FC1B7E" w:rsidRPr="00597604" w:rsidRDefault="00017D84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 xml:space="preserve">aktualny </w:t>
      </w:r>
      <w:r w:rsidR="003D25EF" w:rsidRPr="00597604">
        <w:rPr>
          <w:rFonts w:ascii="Times New Roman" w:hAnsi="Times New Roman" w:cs="Times New Roman"/>
          <w:sz w:val="22"/>
          <w:lang w:val="pl-PL"/>
        </w:rPr>
        <w:t>wydruk CEIDG/KRS</w:t>
      </w:r>
    </w:p>
    <w:p w14:paraId="51D60976" w14:textId="71140EFF" w:rsidR="00FC1B7E" w:rsidRPr="00597604" w:rsidRDefault="00017D84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 xml:space="preserve">aktualny </w:t>
      </w:r>
      <w:r w:rsidR="003D25EF" w:rsidRPr="00597604">
        <w:rPr>
          <w:rFonts w:ascii="Times New Roman" w:hAnsi="Times New Roman" w:cs="Times New Roman"/>
          <w:sz w:val="22"/>
          <w:lang w:val="pl-PL"/>
        </w:rPr>
        <w:t>wydruk RPWDL</w:t>
      </w:r>
    </w:p>
    <w:p w14:paraId="1B35CBD6" w14:textId="1EDB118C" w:rsidR="00FC1B7E" w:rsidRPr="00597604" w:rsidRDefault="00017D84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 xml:space="preserve">aktualna </w:t>
      </w:r>
      <w:r w:rsidR="003D25EF" w:rsidRPr="00597604">
        <w:rPr>
          <w:rFonts w:ascii="Times New Roman" w:hAnsi="Times New Roman" w:cs="Times New Roman"/>
          <w:sz w:val="22"/>
          <w:lang w:val="pl-PL"/>
        </w:rPr>
        <w:t>polisa OC</w:t>
      </w:r>
    </w:p>
    <w:p w14:paraId="399910F8" w14:textId="5A9DBA47" w:rsidR="00597604" w:rsidRPr="00597604" w:rsidRDefault="00597604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/>
          <w:sz w:val="22"/>
          <w:lang w:val="pl-PL"/>
        </w:rPr>
        <w:t>zaświadczenia lekarskiego o braku przeciwwskazań do wykonywania pracy, której dotyczy konkurs</w:t>
      </w:r>
    </w:p>
    <w:p w14:paraId="3FFFD71B" w14:textId="268A5ADB" w:rsidR="00597604" w:rsidRPr="00597604" w:rsidRDefault="00597604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/>
          <w:sz w:val="22"/>
          <w:lang w:val="pl-PL"/>
        </w:rPr>
        <w:t xml:space="preserve">zaświadczenia lekarskiego z badania przeprowadzonego do celów </w:t>
      </w:r>
      <w:proofErr w:type="spellStart"/>
      <w:r w:rsidRPr="00597604">
        <w:rPr>
          <w:rFonts w:ascii="Times New Roman" w:hAnsi="Times New Roman"/>
          <w:sz w:val="22"/>
          <w:lang w:val="pl-PL"/>
        </w:rPr>
        <w:t>sanitarno</w:t>
      </w:r>
      <w:proofErr w:type="spellEnd"/>
      <w:r w:rsidRPr="00597604">
        <w:rPr>
          <w:rFonts w:ascii="Times New Roman" w:hAnsi="Times New Roman"/>
          <w:sz w:val="22"/>
          <w:lang w:val="pl-PL"/>
        </w:rPr>
        <w:t xml:space="preserve"> – epidemiologicznych (lub wpis w książeczce dla celów epidemiologicznych</w:t>
      </w:r>
    </w:p>
    <w:p w14:paraId="2CCBB340" w14:textId="07E0CF98" w:rsidR="00597604" w:rsidRPr="00597604" w:rsidRDefault="00597604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/>
          <w:sz w:val="22"/>
          <w:lang w:val="pl-PL"/>
        </w:rPr>
        <w:lastRenderedPageBreak/>
        <w:t>Zaświadczenie z Krajowego Rejestru Karnego o niekaralności</w:t>
      </w:r>
    </w:p>
    <w:p w14:paraId="79D98DA8" w14:textId="1F1B315A" w:rsidR="00FC1B7E" w:rsidRPr="00597604" w:rsidRDefault="003D25EF" w:rsidP="00017D8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inne: ........................................................</w:t>
      </w:r>
    </w:p>
    <w:p w14:paraId="2A1C59B9" w14:textId="77777777" w:rsidR="00FC1B7E" w:rsidRPr="00597604" w:rsidRDefault="003D25EF">
      <w:pPr>
        <w:jc w:val="right"/>
        <w:rPr>
          <w:rFonts w:ascii="Times New Roman" w:hAnsi="Times New Roman" w:cs="Times New Roman"/>
          <w:sz w:val="22"/>
          <w:lang w:val="pl-PL"/>
        </w:rPr>
      </w:pPr>
      <w:r w:rsidRPr="00597604">
        <w:rPr>
          <w:rFonts w:ascii="Times New Roman" w:hAnsi="Times New Roman" w:cs="Times New Roman"/>
          <w:sz w:val="22"/>
          <w:lang w:val="pl-PL"/>
        </w:rPr>
        <w:t>……………………………………, dnia ………………………</w:t>
      </w:r>
      <w:r w:rsidRPr="00597604">
        <w:rPr>
          <w:rFonts w:ascii="Times New Roman" w:hAnsi="Times New Roman" w:cs="Times New Roman"/>
          <w:sz w:val="22"/>
          <w:lang w:val="pl-PL"/>
        </w:rPr>
        <w:br/>
      </w:r>
      <w:r w:rsidRPr="00597604">
        <w:rPr>
          <w:rFonts w:ascii="Times New Roman" w:hAnsi="Times New Roman" w:cs="Times New Roman"/>
          <w:sz w:val="22"/>
          <w:lang w:val="pl-PL"/>
        </w:rPr>
        <w:br/>
        <w:t>……………………………………………………</w:t>
      </w:r>
      <w:r w:rsidRPr="00597604">
        <w:rPr>
          <w:rFonts w:ascii="Times New Roman" w:hAnsi="Times New Roman" w:cs="Times New Roman"/>
          <w:sz w:val="22"/>
          <w:lang w:val="pl-PL"/>
        </w:rPr>
        <w:br/>
        <w:t>czytelny podpis / podpis i pieczęć oferenta</w:t>
      </w:r>
    </w:p>
    <w:sectPr w:rsidR="00FC1B7E" w:rsidRPr="00597604" w:rsidSect="00034616">
      <w:headerReference w:type="default" r:id="rId8"/>
      <w:footerReference w:type="default" r:id="rId9"/>
      <w:pgSz w:w="12240" w:h="15840"/>
      <w:pgMar w:top="1020" w:right="1191" w:bottom="1020" w:left="119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C6A4F" w14:textId="77777777" w:rsidR="003D25EF" w:rsidRDefault="003D25EF">
      <w:pPr>
        <w:spacing w:after="0" w:line="240" w:lineRule="auto"/>
      </w:pPr>
      <w:r>
        <w:separator/>
      </w:r>
    </w:p>
  </w:endnote>
  <w:endnote w:type="continuationSeparator" w:id="0">
    <w:p w14:paraId="4A6BC7FF" w14:textId="77777777" w:rsidR="003D25EF" w:rsidRDefault="003D2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8679F" w14:textId="77777777" w:rsidR="00FC1B7E" w:rsidRDefault="003D25EF">
    <w:pPr>
      <w:pStyle w:val="Stopka"/>
      <w:jc w:val="center"/>
    </w:pPr>
    <w:r>
      <w:rPr>
        <w:sz w:val="16"/>
      </w:rPr>
      <w:t xml:space="preserve">Strona </w:t>
    </w: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00A3E" w14:textId="77777777" w:rsidR="003D25EF" w:rsidRDefault="003D25EF">
      <w:pPr>
        <w:spacing w:after="0" w:line="240" w:lineRule="auto"/>
      </w:pPr>
      <w:r>
        <w:separator/>
      </w:r>
    </w:p>
  </w:footnote>
  <w:footnote w:type="continuationSeparator" w:id="0">
    <w:p w14:paraId="21396B10" w14:textId="77777777" w:rsidR="003D25EF" w:rsidRDefault="003D2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B8751" w14:textId="77777777" w:rsidR="00FC1B7E" w:rsidRDefault="003D25EF">
    <w:pPr>
      <w:pStyle w:val="Nagwek"/>
      <w:jc w:val="right"/>
    </w:pPr>
    <w:r>
      <w:rPr>
        <w:b/>
        <w:sz w:val="16"/>
      </w:rPr>
      <w:t>SP ZOZ W KOŚCIANIE  |  DOKUMENTACJA KONKURSOWA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720388"/>
    <w:multiLevelType w:val="hybridMultilevel"/>
    <w:tmpl w:val="BA5E2FA0"/>
    <w:lvl w:ilvl="0" w:tplc="51848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301727"/>
    <w:multiLevelType w:val="hybridMultilevel"/>
    <w:tmpl w:val="26EA49F8"/>
    <w:lvl w:ilvl="0" w:tplc="2216183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1D20A0"/>
    <w:multiLevelType w:val="hybridMultilevel"/>
    <w:tmpl w:val="A8A0A91E"/>
    <w:lvl w:ilvl="0" w:tplc="51DCD28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2975871">
    <w:abstractNumId w:val="8"/>
  </w:num>
  <w:num w:numId="2" w16cid:durableId="1827091218">
    <w:abstractNumId w:val="6"/>
  </w:num>
  <w:num w:numId="3" w16cid:durableId="889614094">
    <w:abstractNumId w:val="5"/>
  </w:num>
  <w:num w:numId="4" w16cid:durableId="1132598448">
    <w:abstractNumId w:val="4"/>
  </w:num>
  <w:num w:numId="5" w16cid:durableId="1466050068">
    <w:abstractNumId w:val="7"/>
  </w:num>
  <w:num w:numId="6" w16cid:durableId="1106584423">
    <w:abstractNumId w:val="3"/>
  </w:num>
  <w:num w:numId="7" w16cid:durableId="655188657">
    <w:abstractNumId w:val="2"/>
  </w:num>
  <w:num w:numId="8" w16cid:durableId="2000115056">
    <w:abstractNumId w:val="1"/>
  </w:num>
  <w:num w:numId="9" w16cid:durableId="1572345692">
    <w:abstractNumId w:val="0"/>
  </w:num>
  <w:num w:numId="10" w16cid:durableId="805001869">
    <w:abstractNumId w:val="9"/>
  </w:num>
  <w:num w:numId="11" w16cid:durableId="1261572806">
    <w:abstractNumId w:val="10"/>
  </w:num>
  <w:num w:numId="12" w16cid:durableId="12887040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7D84"/>
    <w:rsid w:val="00034616"/>
    <w:rsid w:val="0006063C"/>
    <w:rsid w:val="0015074B"/>
    <w:rsid w:val="0029639D"/>
    <w:rsid w:val="00326F90"/>
    <w:rsid w:val="003D25EF"/>
    <w:rsid w:val="00597604"/>
    <w:rsid w:val="006840DD"/>
    <w:rsid w:val="007B23A3"/>
    <w:rsid w:val="00830FC4"/>
    <w:rsid w:val="00AA1D8D"/>
    <w:rsid w:val="00B47730"/>
    <w:rsid w:val="00CB0664"/>
    <w:rsid w:val="00FC1B7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B21C6A"/>
  <w14:defaultImageDpi w14:val="300"/>
  <w15:docId w15:val="{1DC2BBAC-4E43-44F9-BC89-7A752526A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830</Words>
  <Characters>4983</Characters>
  <Application>Microsoft Office Word</Application>
  <DocSecurity>0</DocSecurity>
  <Lines>41</Lines>
  <Paragraphs>11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5802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Barbara Łakoma</cp:lastModifiedBy>
  <cp:revision>2</cp:revision>
  <dcterms:created xsi:type="dcterms:W3CDTF">2026-08-18T10:45:00Z</dcterms:created>
  <dcterms:modified xsi:type="dcterms:W3CDTF">2026-08-18T10:45:00Z</dcterms:modified>
  <cp:category/>
</cp:coreProperties>
</file>